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Catalogue de formations des élus régionaux</w:t>
      </w:r>
    </w:p>
    <w:p>
      <w:pPr>
        <w:pStyle w:val="Subtitle"/>
      </w:pPr>
      <w:r>
        <w:t>XXI Formations</w:t>
      </w:r>
    </w:p>
    <w:p>
      <w:r>
        <w:t>Programme préparatoire pour la période 2028 à 2034</w:t>
      </w:r>
    </w:p>
    <w:p>
      <w:r>
        <w:t>Ce catalogue aide les élus à choisir des formations adaptées à leurs responsabilités. Il reprend l’ensemble des entrées du programme fourni, sépare les sujets qui exigeaient des pédagogies différentes et complète les compétences manquantes. Les modules sont mobilisables à la carte et les parcours proposés constituent des sélections, sans imposer de suivre tout le catalogue.</w:t>
      </w:r>
    </w:p>
    <w:p>
      <w:r>
        <w:t>51 fiches pédagogiques proposées à partir de 38 entrées initiales. Les codes conservés et leurs suffixes permettent de retrouver chaque offre. Les compléments portent un nouveau numéro.</w:t>
      </w:r>
    </w:p>
    <w:p>
      <w:pPr>
        <w:pStyle w:val="Heading2"/>
      </w:pPr>
      <w:r>
        <w:t>État de l’offre</w:t>
      </w:r>
    </w:p>
    <w:p>
      <w:r>
        <w:t>La structure pédagogique est rédigée. Cette édition ne prouve pas que les intervenants sont engagés, que les supports sont disponibles ou qu une session est ouverte. Chaque fiche reste une offre à préparer jusqu à la validation du dossier pédagogique et des moyens de réalisation. Les partenariats avec des associations d’élus ne sont pas affirmés sans accord confirmé.</w:t>
      </w:r>
    </w:p>
    <w:p>
      <w:r>
        <w:t>XXI Formations porte l’offre pédagogique. Des travaux de XXI Institut pourront alimenter les cas ou lectures lorsque leur contenu, leur actualité et leurs droits de réutilisation auront été vérifiés.</w:t>
      </w:r>
    </w:p>
    <w:p>
      <w:pPr>
        <w:pStyle w:val="Heading2"/>
      </w:pPr>
      <w:r>
        <w:t>Cadre temporel et juridique</w:t>
      </w:r>
    </w:p>
    <w:p>
      <w:r>
        <w:t>Les références ont été vérifiées au 8 octobre 2026 sur les points structurants. Elles sont mises à jour avant chaque session, notamment pour les seuils de commande publique, la fiscalité, la sobriété foncière et les droits des élus. Les périodes de mandat servent au positionnement pédagogique et ne constituent ni un calendrier électoral certifié ni un engagement de dates de formation.</w:t>
      </w:r>
    </w:p>
    <w:p>
      <w:pPr>
        <w:pStyle w:val="Heading1"/>
        <w:pageBreakBefore/>
      </w:pPr>
      <w:r>
        <w:t>Choisir sa formation</w:t>
      </w:r>
    </w:p>
    <w:p>
      <w:pPr>
        <w:pStyle w:val="Heading2"/>
      </w:pPr>
      <w:r>
        <w:t>Public et prérequis</w:t>
      </w:r>
    </w:p>
    <w:p>
      <w:r>
        <w:t>Public principal : élus régionaux. Les fiches de pilotage s adressent plus particulièrement aux exécutifs et aux élus titulaires d’une délégation ou membres de la commission concernée. Les conseillers sans délégation travaillent dans le cadre de leurs pouvoirs réels. Aucun diplôme préalable n est exigé. Pour les modules de finances spécialisées, la connaissance du budget ou le suivi du socle financier est recommandé.</w:t>
      </w:r>
    </w:p>
    <w:p>
      <w:pPr>
        <w:pStyle w:val="Heading2"/>
      </w:pPr>
      <w:r>
        <w:t>Formats et rythme</w:t>
      </w:r>
    </w:p>
    <w:p>
      <w:r>
        <w:t>Les heures indiquées correspondent à du temps pédagogique hors pauses. Le format de référence est le présentiel, en groupes de huit à quinze personnes. En cas de financement même partiel par le DIFE, la session ne dépasse pas quinze participants. Les séquences de 7 h, 10,5 h et 14 h représentent respectivement une journée, une journée et demie et deux journées. Une option de 7 h ne se cumule qu avec un objectif et un exercice supplémentaires.</w:t>
      </w:r>
    </w:p>
    <w:p>
      <w:r>
        <w:t>Six modalités sont proposées, le document initial annonçant six formats sans les détailler : session inter régions ; session intra région ; classe à distance synchrone ; matinale de 3,5 h ; webinaire de 1,5 h ; atelier de 3,5 h. Les formats courts traitent un objectif restreint et exigent leur propre déroulé, leurs supports et leur évaluation. Ils ne remplacent pas une fiche complète. Les dates, tarifs courts, intervenants et conditions matérielles restent à établir.</w:t>
      </w:r>
    </w:p>
    <w:p>
      <w:pPr>
        <w:pStyle w:val="Heading2"/>
      </w:pPr>
      <w:r>
        <w:t>Pédagogie et évaluation</w:t>
      </w:r>
    </w:p>
    <w:p>
      <w:r>
        <w:t>Chaque fiche articule quatre séquences, un cas de décision et une production concrète. À l’entrée, un questionnaire situe les acquis et les besoins. L exercice final est apprécié sur quatre critères : identification de l’acteur compétent, exactitude du cadre, faisabilité de la proposition, justification et traçabilité. Une grille de correction et un retour individualisé sont préparés avant ouverture. Une attestation de réalisation est remise selon les conditions effectivement remplies ; aucun titre certifiant n est annoncé.</w:t>
      </w:r>
    </w:p>
    <w:p>
      <w:pPr>
        <w:pStyle w:val="Heading2"/>
      </w:pPr>
      <w:r>
        <w:t>Accessibilité et supports</w:t>
      </w:r>
    </w:p>
    <w:p>
      <w:r>
        <w:t>Les besoins d’aménagement sont recueillis lors de l’inscription. Le lieu, les supports numériques et les modalités d’exercice sont adaptés après échange avec un référent à désigner. Les outils à préparer comprennent un support daté, un dossier de cas anonymisé ou fictif, une fiche méthode et une grille d’évaluation. Les données sensibles ne sont pas introduites dans les démonstrations d’IA.</w:t>
      </w:r>
    </w:p>
    <w:p>
      <w:pPr>
        <w:pStyle w:val="Heading1"/>
        <w:pageBreakBefore/>
      </w:pPr>
      <w:r>
        <w:t>Catalogue et domaines de rattachement</w:t>
      </w:r>
    </w:p>
    <w:p>
      <w:r>
        <w:t>Les domaines ci-dessous reprennent les six familles du répertoire national. Le rattachement est une proposition éditoriale ; il ne vaut ni agrément de XXI Formations ni validation d’éligibilité financière de chaque fiche.</w:t>
      </w:r>
    </w:p>
    <w:p>
      <w:r>
        <w:t>Les cas portent sur une région de droit commun. Corse collectivités uniques et autres régimes particuliers exigent une adaptation aux institutions et compétences propres. Les agences régionales de santé sont des établissements publics de l’État et non des satellites de la région. Les interlocuteurs administratifs sont actualisés notamment les DREETS et les services de l’État compétents.</w:t>
      </w:r>
    </w:p>
    <w:p>
      <w:r>
        <w:t>1  Les fondamentaux du mandat</w:t>
      </w:r>
    </w:p>
    <w:p>
      <w:r>
        <w:t>2  Politiques publiques et actions locales</w:t>
      </w:r>
    </w:p>
    <w:p>
      <w:r>
        <w:t>3  Développement et aménagement du territoire et transition écologique</w:t>
      </w:r>
    </w:p>
    <w:p>
      <w:r>
        <w:t>4  Communication</w:t>
      </w:r>
    </w:p>
    <w:p>
      <w:r>
        <w:t>5  Finances fiscalité budget comptabilité</w:t>
      </w:r>
    </w:p>
    <w:p>
      <w:r>
        <w:t>6  Management et ressources humaines</w:t>
      </w:r>
    </w:p>
    <w:tbl>
      <w:tblPr>
        <w:tblW w:type="auto" w:w="0"/>
        <w:tblLayout w:type="fixed"/>
        <w:tblLook w:firstColumn="1" w:firstRow="1" w:lastColumn="0" w:lastRow="0" w:noHBand="0" w:noVBand="1" w:val="04A0"/>
      </w:tblPr>
      <w:tblGrid>
        <w:gridCol w:w="964"/>
        <w:gridCol w:w="6803"/>
        <w:gridCol w:w="850"/>
        <w:gridCol w:w="1525"/>
      </w:tblGrid>
      <w:tr>
        <w:trPr>
          <w:tblHeade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Code</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pPr>
            <w:r>
              <w:rPr>
                <w:b/>
                <w:sz w:val="18"/>
              </w:rPr>
              <w:t>Formation</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pPr>
            <w:r>
              <w:rPr>
                <w:b/>
                <w:sz w:val="18"/>
              </w:rPr>
              <w:t>Heures</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Domaine</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R1</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Prendre ses fonctions de conseiller régional</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1</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R2</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Exercer son mandat dans la majorité ou l’opposition</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1</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R3</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Connaître le statut et les droits de l’élu régional</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1</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R4</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Prévenir les risques pénaux et organiser la protection de l’élu</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1</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R5A</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Comprendre la responsabilité financière des gestionnaires publics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5</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R5B</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Préparer un contrôle de la CRC et répondre aux observations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5</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R6</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Coopérer avec les métropoles et analyser les évolutions institutionnelles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1</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R7</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Contractualiser avec l’État et sécuriser les actes régionaux</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1</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R8</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Piloter le SRDEII et la stratégie économique régionale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R9</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Sécuriser les aides aux entreprises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R10A</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Piloter la formation professionnelle régionale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R10B</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Agir sur l’apprentissage dans le cadre des compétences régionales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R11</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Contribuer à l’emploi et à l’évolution des compétences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R12</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Choisir et contrôler une entreprise publique locale régionale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R13</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Piloter la stratégie régionale de recherche et d’innovation</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R14</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Piloter le budget et la prospective financière de la région</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5</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R15</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Vérifier les ressources et préparer un recours budgétaire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5</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R16</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Analyser les recettes fiscales et leurs voies de contestation</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5</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R17</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Préparer et exécuter les achats régionaux</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5</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R18</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Prévenir la corruption et préparer un contrôle AFA</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1</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R19</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Sécuriser les acquisitions foncières des projets régionaux</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R20</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Piloter le SRADDET et son articulation avec les documents locaux</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R21</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Évaluer et monter les projets régionaux d’énergie renouvelable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R22</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Évaluer les filières énergétiques et technologies émergentes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R23</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Comparer les instruments de financement de la transition</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5</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R24</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Décliner la sobriété foncière et accompagner les territoires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R25</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Prévenir et gérer les risques contentieux environnementaux</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R26A</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Organiser les transports régionaux et contrôler les contrats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R26B</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Piloter les infrastructures et les routes mises à disposition</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R27</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Piloter les lycées et leurs services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R28</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Prévenir et gérer les litiges des grands contrats régionaux</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5</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R29</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Coordonner les mobilités et l’intermodalité</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R30</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Gérer les fonds européens et préparer la programmation suivante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5</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R31</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Organiser une coopération internationale régionale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R32A</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Piloter les politiques culturelles et le patrimoine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R32B</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Soutenir le sport et les équipements structurants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R33</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Piloter une stratégie touristique régionale durable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R34</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Organiser la participation et travailler avec le CESER</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R35A</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Gouverner les données et les usages régionaux de l’IA</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R35B</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Préparer la cybercontinuité régionale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R35C</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Piloter la connectivité et l’accès aux services numériques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R36</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Informer les habitants et prendre la parole à l’échelle régionale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4</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R37A</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Évaluer le mandat régional et préparer la passation</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R37B</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Sécuriser la communication institutionnelle préélectorale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4</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R38</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Préparer la transition professionnelle après le mandat</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Hors mandat</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R39</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Décider en matière de dette et de financement obligataire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5</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R40</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Prévenir les conflits d’intérêts de l’élu régional</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1</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R41</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Évaluer les politiques régionales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R42</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Exercer la maîtrise d’ouvrage régionale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R43</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Exercer la fonction d’élu employeur régional</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6</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R44</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Accompagner l’agriculture l’alimentation et la forêt</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bl>
    <w:p>
      <w:pPr>
        <w:pStyle w:val="Heading1"/>
        <w:pageBreakBefore/>
      </w:pPr>
      <w:r>
        <w:t>Fiches pédagogiques</w:t>
      </w:r>
    </w:p>
    <w:p>
      <w:r>
        <w:t>Les objectifs de chaque fiche sont évalués par la production indiquée. Les quatre séquences ci-dessous précisent la progression. Les horaires sont un cadre proposé à ajuster au cas préparé sans réduire le volume annoncé.</w:t>
      </w:r>
    </w:p>
    <w:p>
      <w:pPr>
        <w:pStyle w:val="Heading2"/>
      </w:pPr>
      <w:r>
        <w:t>R1  Prendre ses fonctions de conseiller régional</w:t>
      </w:r>
    </w:p>
    <w:p>
      <w:pPr>
        <w:spacing w:after="100"/>
      </w:pPr>
      <w:r>
        <w:rPr>
          <w:b/>
        </w:rPr>
        <w:t xml:space="preserve">Durée et public  </w:t>
      </w:r>
      <w:r>
        <w:t>14 h • Domaine 1 • Élus concernés par le sujet. Offre pédagogique rédigée, moyens à confirmer.</w:t>
      </w:r>
    </w:p>
    <w:p>
      <w:pPr>
        <w:spacing w:after="100"/>
      </w:pPr>
      <w:r>
        <w:rPr>
          <w:b/>
        </w:rPr>
        <w:t xml:space="preserve">Objectif évalué  </w:t>
      </w:r>
      <w:r>
        <w:t>Construire une matrice des responsabilités et une feuille de route d’installation.</w:t>
      </w:r>
    </w:p>
    <w:p>
      <w:pPr>
        <w:spacing w:after="60"/>
      </w:pPr>
      <w:r>
        <w:t>1  Compétences et articulation région État collectivités et Union européenne  •  3 h</w:t>
      </w:r>
    </w:p>
    <w:p>
      <w:pPr>
        <w:spacing w:after="60"/>
      </w:pPr>
      <w:r>
        <w:t>2  Conseil commission permanente groupes et délégations  •  4 h</w:t>
      </w:r>
    </w:p>
    <w:p>
      <w:pPr>
        <w:spacing w:after="60"/>
      </w:pPr>
      <w:r>
        <w:t>3  Actes contrôle de légalité et relations avec les services  •  4 h</w:t>
      </w:r>
    </w:p>
    <w:p>
      <w:pPr>
        <w:spacing w:after="60"/>
      </w:pPr>
      <w:r>
        <w:t>4  Diagnostic des interlocuteurs et calendrier des cent premiers jours  •  3 h</w:t>
      </w:r>
    </w:p>
    <w:p>
      <w:pPr>
        <w:spacing w:after="100"/>
      </w:pPr>
      <w:r>
        <w:rPr>
          <w:b/>
        </w:rPr>
        <w:t xml:space="preserve">Atelier et livrable  </w:t>
      </w:r>
      <w:r>
        <w:t>Construire une matrice des responsabilités et une feuille de route d’installation. Le livrable est discuté puis corrigé avec la grille commune. Le temps de production est inclus dans les séquences 3 et 4.</w:t>
      </w:r>
    </w:p>
    <w:p>
      <w:pPr>
        <w:spacing w:after="100"/>
      </w:pPr>
      <w:r>
        <w:rPr>
          <w:b/>
        </w:rPr>
        <w:t xml:space="preserve">Articulation et vigilance  </w:t>
      </w:r>
      <w:r>
        <w:t>Socle avant R2 R3 R14 et R40. Une journée d’application de 7 h peut être ajoutée sans répéter les mêmes acquis. Les agences de l’État et les organismes régionaux sont distingués.</w:t>
      </w:r>
    </w:p>
    <w:p>
      <w:pPr>
        <w:pStyle w:val="Heading2"/>
      </w:pPr>
      <w:r>
        <w:t>R2  Exercer son mandat dans la majorité ou l’opposition</w:t>
      </w:r>
    </w:p>
    <w:p>
      <w:pPr>
        <w:spacing w:after="100"/>
      </w:pPr>
      <w:r>
        <w:rPr>
          <w:b/>
        </w:rPr>
        <w:t xml:space="preserve">Durée et public  </w:t>
      </w:r>
      <w:r>
        <w:t>7 h • Domaine 1 • Élus concernés par le sujet. Offre pédagogique rédigée, moyens à confirmer.</w:t>
      </w:r>
    </w:p>
    <w:p>
      <w:pPr>
        <w:spacing w:after="100"/>
      </w:pPr>
      <w:r>
        <w:rPr>
          <w:b/>
        </w:rPr>
        <w:t xml:space="preserve">Objectif évalué  </w:t>
      </w:r>
      <w:r>
        <w:t>Analyser un dossier et préparer les questions et pièces nécessaires à une décision.</w:t>
      </w:r>
    </w:p>
    <w:p>
      <w:pPr>
        <w:spacing w:after="60"/>
      </w:pPr>
      <w:r>
        <w:t>1  Délégations commissions et préparation des décisions  •  1,5 h</w:t>
      </w:r>
    </w:p>
    <w:p>
      <w:pPr>
        <w:spacing w:after="60"/>
      </w:pPr>
      <w:r>
        <w:t>2  Information des élus accès aux documents et expression des groupes  •  2 h</w:t>
      </w:r>
    </w:p>
    <w:p>
      <w:pPr>
        <w:spacing w:after="60"/>
      </w:pPr>
      <w:r>
        <w:t>3  Relations exécutif assemblée services et partenaires  •  2 h</w:t>
      </w:r>
    </w:p>
    <w:p>
      <w:pPr>
        <w:spacing w:after="60"/>
      </w:pPr>
      <w:r>
        <w:t>4  Organisation du travail et suivi des engagements  •  1,5 h</w:t>
      </w:r>
    </w:p>
    <w:p>
      <w:pPr>
        <w:spacing w:after="100"/>
      </w:pPr>
      <w:r>
        <w:rPr>
          <w:b/>
        </w:rPr>
        <w:t xml:space="preserve">Atelier et livrable  </w:t>
      </w:r>
      <w:r>
        <w:t>Analyser un dossier et préparer les questions et pièces nécessaires à une décision. Le livrable est discuté puis corrigé avec la grille commune. Le temps de production est inclus dans les séquences 3 et 4.</w:t>
      </w:r>
    </w:p>
    <w:p>
      <w:pPr>
        <w:spacing w:after="100"/>
      </w:pPr>
      <w:r>
        <w:rPr>
          <w:b/>
        </w:rPr>
        <w:t xml:space="preserve">Articulation et vigilance  </w:t>
      </w:r>
      <w:r>
        <w:t>Périmètre recentré depuis les 14 h initiales. R40 traite les conflits d’intérêts R3 le statut et R43 les responsabilités RH. Les droits sont vérifiés selon le règlement intérieur et les textes.</w:t>
      </w:r>
    </w:p>
    <w:p>
      <w:pPr>
        <w:pStyle w:val="Heading2"/>
        <w:pageBreakBefore/>
      </w:pPr>
      <w:r>
        <w:t>R3  Connaître le statut et les droits de l’élu régional</w:t>
      </w:r>
    </w:p>
    <w:p>
      <w:pPr>
        <w:spacing w:after="100"/>
      </w:pPr>
      <w:r>
        <w:rPr>
          <w:b/>
        </w:rPr>
        <w:t xml:space="preserve">Durée et public  </w:t>
      </w:r>
      <w:r>
        <w:t>7 h • Domaine 1 • Élus concernés par le sujet. Offre pédagogique rédigée, moyens à confirmer.</w:t>
      </w:r>
    </w:p>
    <w:p>
      <w:pPr>
        <w:spacing w:after="100"/>
      </w:pPr>
      <w:r>
        <w:rPr>
          <w:b/>
        </w:rPr>
        <w:t xml:space="preserve">Objectif évalué  </w:t>
      </w:r>
      <w:r>
        <w:t>Construire une feuille de démarches pour deux profils d’élus.</w:t>
      </w:r>
    </w:p>
    <w:p>
      <w:pPr>
        <w:spacing w:after="60"/>
      </w:pPr>
      <w:r>
        <w:t>1  Indemnités frais protection sociale et fonctions exercées  •  1,5 h</w:t>
      </w:r>
    </w:p>
    <w:p>
      <w:pPr>
        <w:spacing w:after="60"/>
      </w:pPr>
      <w:r>
        <w:t>2  Mandat emploi absences et congé de formation  •  2 h</w:t>
      </w:r>
    </w:p>
    <w:p>
      <w:pPr>
        <w:spacing w:after="60"/>
      </w:pPr>
      <w:r>
        <w:t>3  DIFE budget formation conditions et démarches  •  2 h</w:t>
      </w:r>
    </w:p>
    <w:p>
      <w:pPr>
        <w:spacing w:after="60"/>
      </w:pPr>
      <w:r>
        <w:t>4  Protection accompagnement et droits à la sortie  •  1,5 h</w:t>
      </w:r>
    </w:p>
    <w:p>
      <w:pPr>
        <w:spacing w:after="100"/>
      </w:pPr>
      <w:r>
        <w:rPr>
          <w:b/>
        </w:rPr>
        <w:t xml:space="preserve">Atelier et livrable  </w:t>
      </w:r>
      <w:r>
        <w:t>Construire une feuille de démarches pour deux profils d’élus. Le livrable est discuté puis corrigé avec la grille commune. Le temps de production est inclus dans les séquences 3 et 4.</w:t>
      </w:r>
    </w:p>
    <w:p>
      <w:pPr>
        <w:spacing w:after="100"/>
      </w:pPr>
      <w:r>
        <w:rPr>
          <w:b/>
        </w:rPr>
        <w:t xml:space="preserve">Articulation et vigilance  </w:t>
      </w:r>
      <w:r>
        <w:t>Congé de formation de vingt-quatre jours distingué de la compensation des pertes de revenu sur vingt et un jours selon le régime applicable. R38 traite la transition professionnelle sans financement présumé.</w:t>
      </w:r>
    </w:p>
    <w:p>
      <w:pPr>
        <w:pStyle w:val="Heading2"/>
      </w:pPr>
      <w:r>
        <w:t>R4  Prévenir les risques pénaux et organiser la protection de l’élu</w:t>
      </w:r>
    </w:p>
    <w:p>
      <w:pPr>
        <w:spacing w:after="100"/>
      </w:pPr>
      <w:r>
        <w:rPr>
          <w:b/>
        </w:rPr>
        <w:t xml:space="preserve">Durée et public  </w:t>
      </w:r>
      <w:r>
        <w:t>7 h • Domaine 1 • Élus concernés par le sujet. Offre pédagogique rédigée, moyens à confirmer.</w:t>
      </w:r>
    </w:p>
    <w:p>
      <w:pPr>
        <w:spacing w:after="100"/>
      </w:pPr>
      <w:r>
        <w:rPr>
          <w:b/>
        </w:rPr>
        <w:t xml:space="preserve">Objectif évalué  </w:t>
      </w:r>
      <w:r>
        <w:t>Qualifier trois situations et préparer un dossier de décision et de protection.</w:t>
      </w:r>
    </w:p>
    <w:p>
      <w:pPr>
        <w:spacing w:after="60"/>
      </w:pPr>
      <w:r>
        <w:t>1  Infractions de probité et risques liés aux décisions régionales  •  1,5 h</w:t>
      </w:r>
    </w:p>
    <w:p>
      <w:pPr>
        <w:spacing w:after="60"/>
      </w:pPr>
      <w:r>
        <w:t>2  Responsabilité de l’élu de la région et des agents  •  2 h</w:t>
      </w:r>
    </w:p>
    <w:p>
      <w:pPr>
        <w:spacing w:after="60"/>
      </w:pPr>
      <w:r>
        <w:t>3  Protection fonctionnelle assurance et accès au conseil juridique  •  2 h</w:t>
      </w:r>
    </w:p>
    <w:p>
      <w:pPr>
        <w:spacing w:after="60"/>
      </w:pPr>
      <w:r>
        <w:t>4  Droits procéduraux et traçabilité des décisions  •  1,5 h</w:t>
      </w:r>
    </w:p>
    <w:p>
      <w:pPr>
        <w:spacing w:after="100"/>
      </w:pPr>
      <w:r>
        <w:rPr>
          <w:b/>
        </w:rPr>
        <w:t xml:space="preserve">Atelier et livrable  </w:t>
      </w:r>
      <w:r>
        <w:t>Qualifier trois situations et préparer un dossier de décision et de protection. Le livrable est discuté puis corrigé avec la grille commune. Le temps de production est inclus dans les séquences 3 et 4.</w:t>
      </w:r>
    </w:p>
    <w:p>
      <w:pPr>
        <w:spacing w:after="100"/>
      </w:pPr>
      <w:r>
        <w:rPr>
          <w:b/>
        </w:rPr>
        <w:t xml:space="preserve">Articulation et vigilance  </w:t>
      </w:r>
      <w:r>
        <w:t>Les infractions ne sont pas propres aux seuls élus régionaux. Une subvention n est pas automatiquement soumise au délit de favoritisme. La formation ne remplace pas une défense pénale individuelle.</w:t>
      </w:r>
    </w:p>
    <w:p>
      <w:pPr>
        <w:pStyle w:val="Heading2"/>
        <w:pageBreakBefore/>
      </w:pPr>
      <w:r>
        <w:t>R5A  Comprendre la responsabilité financière des gestionnaires publics</w:t>
      </w:r>
    </w:p>
    <w:p>
      <w:pPr>
        <w:spacing w:after="100"/>
      </w:pPr>
      <w:r>
        <w:rPr>
          <w:b/>
        </w:rPr>
        <w:t xml:space="preserve">Durée et public  </w:t>
      </w:r>
      <w:r>
        <w:t>7 h • Domaine 5 • Élus concernés par le sujet. Offre pédagogique rédigée, moyens à confirmer.</w:t>
      </w:r>
    </w:p>
    <w:p>
      <w:pPr>
        <w:spacing w:after="100"/>
      </w:pPr>
      <w:r>
        <w:rPr>
          <w:b/>
        </w:rPr>
        <w:t xml:space="preserve">Objectif évalué  </w:t>
      </w:r>
      <w:r>
        <w:t>Qualifier trois situations en identifiant la personne le régime et la juridiction compétente.</w:t>
      </w:r>
    </w:p>
    <w:p>
      <w:pPr>
        <w:spacing w:after="60"/>
      </w:pPr>
      <w:r>
        <w:t>1  Champ des justiciables et exceptions concernant les élus  •  1,5 h</w:t>
      </w:r>
    </w:p>
    <w:p>
      <w:pPr>
        <w:spacing w:after="60"/>
      </w:pPr>
      <w:r>
        <w:t>2  Infractions et gestion de fait dans le régime issu de 2023  •  2 h</w:t>
      </w:r>
    </w:p>
    <w:p>
      <w:pPr>
        <w:spacing w:after="60"/>
      </w:pPr>
      <w:r>
        <w:t>3  Chambre du contentieux de la Cour des comptes Cour d’appel financière et cassation au Conseil d’État  •  2 h</w:t>
      </w:r>
    </w:p>
    <w:p>
      <w:pPr>
        <w:spacing w:after="60"/>
      </w:pPr>
      <w:r>
        <w:t>4  Contrôle interne documentation et prévention  •  1,5 h</w:t>
      </w:r>
    </w:p>
    <w:p>
      <w:pPr>
        <w:spacing w:after="100"/>
      </w:pPr>
      <w:r>
        <w:rPr>
          <w:b/>
        </w:rPr>
        <w:t xml:space="preserve">Atelier et livrable  </w:t>
      </w:r>
      <w:r>
        <w:t>Qualifier trois situations en identifiant la personne le régime et la juridiction compétente. Le livrable est discuté puis corrigé avec la grille commune. Le temps de production est inclus dans les séquences 3 et 4.</w:t>
      </w:r>
    </w:p>
    <w:p>
      <w:pPr>
        <w:spacing w:after="100"/>
      </w:pPr>
      <w:r>
        <w:rPr>
          <w:b/>
        </w:rPr>
        <w:t xml:space="preserve">Articulation et vigilance  </w:t>
      </w:r>
      <w:r>
        <w:t>Corrige R5a. La gestion de fait n a pas été supprimée. Appliquer les articles L131 2 à L131 4 du code des juridictions financières et les règles propres à la gestion de fait sans présumer la responsabilité de tout élu.</w:t>
      </w:r>
    </w:p>
    <w:p>
      <w:pPr>
        <w:pStyle w:val="Heading2"/>
      </w:pPr>
      <w:r>
        <w:t>R5B  Préparer un contrôle de la CRC et répondre aux observations</w:t>
      </w:r>
    </w:p>
    <w:p>
      <w:pPr>
        <w:spacing w:after="100"/>
      </w:pPr>
      <w:r>
        <w:rPr>
          <w:b/>
        </w:rPr>
        <w:t xml:space="preserve">Durée et public  </w:t>
      </w:r>
      <w:r>
        <w:t>7 h • Domaine 5 • Élus concernés par le sujet. Offre pédagogique rédigée, moyens à confirmer.</w:t>
      </w:r>
    </w:p>
    <w:p>
      <w:pPr>
        <w:spacing w:after="100"/>
      </w:pPr>
      <w:r>
        <w:rPr>
          <w:b/>
        </w:rPr>
        <w:t xml:space="preserve">Objectif évalué  </w:t>
      </w:r>
      <w:r>
        <w:t>Rédiger une réponse documentée et un plan d’action à une observation fictive.</w:t>
      </w:r>
    </w:p>
    <w:p>
      <w:pPr>
        <w:spacing w:after="60"/>
      </w:pPr>
      <w:r>
        <w:t>1  Contrôle budgétaire et examen des comptes et de la gestion  •  1,5 h</w:t>
      </w:r>
    </w:p>
    <w:p>
      <w:pPr>
        <w:spacing w:after="60"/>
      </w:pPr>
      <w:r>
        <w:t>2  Procédure contradictoire pièces et observations  •  2 h</w:t>
      </w:r>
    </w:p>
    <w:p>
      <w:pPr>
        <w:spacing w:after="60"/>
      </w:pPr>
      <w:r>
        <w:t>3  Réponse rapport définitif débat et publicité  •  2 h</w:t>
      </w:r>
    </w:p>
    <w:p>
      <w:pPr>
        <w:spacing w:after="60"/>
      </w:pPr>
      <w:r>
        <w:t>4  Suivi des recommandations et mesures correctrices  •  1,5 h</w:t>
      </w:r>
    </w:p>
    <w:p>
      <w:pPr>
        <w:spacing w:after="100"/>
      </w:pPr>
      <w:r>
        <w:rPr>
          <w:b/>
        </w:rPr>
        <w:t xml:space="preserve">Atelier et livrable  </w:t>
      </w:r>
      <w:r>
        <w:t>Rédiger une réponse documentée et un plan d’action à une observation fictive. Le livrable est discuté puis corrigé avec la grille commune. Le temps de production est inclus dans les séquences 3 et 4.</w:t>
      </w:r>
    </w:p>
    <w:p>
      <w:pPr>
        <w:spacing w:after="100"/>
      </w:pPr>
      <w:r>
        <w:rPr>
          <w:b/>
        </w:rPr>
        <w:t xml:space="preserve">Articulation et vigilance  </w:t>
      </w:r>
      <w:r>
        <w:t>Corrige R5b. Le suivi prévu par le code des juridictions financières est présenté dans le délai d’un an après présentation du rapport et non dix huit mois. Distinguer ce contrôle du contentieux de R5A.</w:t>
      </w:r>
    </w:p>
    <w:p>
      <w:pPr>
        <w:pStyle w:val="Heading2"/>
        <w:pageBreakBefore/>
      </w:pPr>
      <w:r>
        <w:t>R6  Coopérer avec les métropoles et analyser les évolutions institutionnelles</w:t>
      </w:r>
    </w:p>
    <w:p>
      <w:pPr>
        <w:spacing w:after="100"/>
      </w:pPr>
      <w:r>
        <w:rPr>
          <w:b/>
        </w:rPr>
        <w:t xml:space="preserve">Durée et public  </w:t>
      </w:r>
      <w:r>
        <w:t>7 h • Domaine 1 • Élus concernés par le sujet. Offre pédagogique rédigée, moyens à confirmer.</w:t>
      </w:r>
    </w:p>
    <w:p>
      <w:pPr>
        <w:spacing w:after="100"/>
      </w:pPr>
      <w:r>
        <w:rPr>
          <w:b/>
        </w:rPr>
        <w:t xml:space="preserve">Objectif évalué  </w:t>
      </w:r>
      <w:r>
        <w:t>Comparer deux coopérations et établir une note distinguant droit existant et propositions.</w:t>
      </w:r>
    </w:p>
    <w:p>
      <w:pPr>
        <w:spacing w:after="60"/>
      </w:pPr>
      <w:r>
        <w:t>1  Compétences de droit commun et régimes particuliers  •  1,5 h</w:t>
      </w:r>
    </w:p>
    <w:p>
      <w:pPr>
        <w:spacing w:after="60"/>
      </w:pPr>
      <w:r>
        <w:t>2  Relations région métropole département et EPCI  •  2 h</w:t>
      </w:r>
    </w:p>
    <w:p>
      <w:pPr>
        <w:spacing w:after="60"/>
      </w:pPr>
      <w:r>
        <w:t>3  Conventions transferts et gouvernance des coopérations  •  2 h</w:t>
      </w:r>
    </w:p>
    <w:p>
      <w:pPr>
        <w:spacing w:after="60"/>
      </w:pPr>
      <w:r>
        <w:t>4  Scénarios de réforme et conditions juridiques de réalisation  •  1,5 h</w:t>
      </w:r>
    </w:p>
    <w:p>
      <w:pPr>
        <w:spacing w:after="100"/>
      </w:pPr>
      <w:r>
        <w:rPr>
          <w:b/>
        </w:rPr>
        <w:t xml:space="preserve">Atelier et livrable  </w:t>
      </w:r>
      <w:r>
        <w:t>Comparer deux coopérations et établir une note distinguant droit existant et propositions. Le livrable est discuté puis corrigé avec la grille commune. Le temps de production est inclus dans les séquences 3 et 4.</w:t>
      </w:r>
    </w:p>
    <w:p>
      <w:pPr>
        <w:spacing w:after="100"/>
      </w:pPr>
      <w:r>
        <w:rPr>
          <w:b/>
        </w:rPr>
        <w:t xml:space="preserve">Articulation et vigilance  </w:t>
      </w:r>
      <w:r>
        <w:t>Durée de 7 h rétablie le champ source étant tronqué. Corse Guyane Martinique Lyon Grand Paris et Aix Marseille Provence ne relèvent pas d’un statut unique identique. Aucune réforme future n est tenue pour adoptée.</w:t>
      </w:r>
    </w:p>
    <w:p>
      <w:pPr>
        <w:pStyle w:val="Heading2"/>
      </w:pPr>
      <w:r>
        <w:t>R7  Contractualiser avec l’État et sécuriser les actes régionaux</w:t>
      </w:r>
    </w:p>
    <w:p>
      <w:pPr>
        <w:spacing w:after="100"/>
      </w:pPr>
      <w:r>
        <w:rPr>
          <w:b/>
        </w:rPr>
        <w:t xml:space="preserve">Durée et public  </w:t>
      </w:r>
      <w:r>
        <w:t>7 h • Domaine 1 • Élus concernés par le sujet. Offre pédagogique rédigée, moyens à confirmer.</w:t>
      </w:r>
    </w:p>
    <w:p>
      <w:pPr>
        <w:spacing w:after="100"/>
      </w:pPr>
      <w:r>
        <w:rPr>
          <w:b/>
        </w:rPr>
        <w:t xml:space="preserve">Objectif évalué  </w:t>
      </w:r>
      <w:r>
        <w:t>Analyser une convention et préparer un calendrier de contrôle et de réponse.</w:t>
      </w:r>
    </w:p>
    <w:p>
      <w:pPr>
        <w:spacing w:after="60"/>
      </w:pPr>
      <w:r>
        <w:t>1  CPER engagements et partenaires  •  1,5 h</w:t>
      </w:r>
    </w:p>
    <w:p>
      <w:pPr>
        <w:spacing w:after="60"/>
      </w:pPr>
      <w:r>
        <w:t>2  Exécution financière révision et suivi des contrats  •  2 h</w:t>
      </w:r>
    </w:p>
    <w:p>
      <w:pPr>
        <w:spacing w:after="60"/>
      </w:pPr>
      <w:r>
        <w:t>3  Transmission des actes contrôle de légalité et délais  •  2 h</w:t>
      </w:r>
    </w:p>
    <w:p>
      <w:pPr>
        <w:spacing w:after="60"/>
      </w:pPr>
      <w:r>
        <w:t>4  Dialogue précontentieux et choix d’une voie de recours  •  1,5 h</w:t>
      </w:r>
    </w:p>
    <w:p>
      <w:pPr>
        <w:spacing w:after="100"/>
      </w:pPr>
      <w:r>
        <w:rPr>
          <w:b/>
        </w:rPr>
        <w:t xml:space="preserve">Atelier et livrable  </w:t>
      </w:r>
      <w:r>
        <w:t>Analyser une convention et préparer un calendrier de contrôle et de réponse. Le livrable est discuté puis corrigé avec la grille commune. Le temps de production est inclus dans les séquences 3 et 4.</w:t>
      </w:r>
    </w:p>
    <w:p>
      <w:pPr>
        <w:spacing w:after="100"/>
      </w:pPr>
      <w:r>
        <w:rPr>
          <w:b/>
        </w:rPr>
        <w:t xml:space="preserve">Articulation et vigilance  </w:t>
      </w:r>
      <w:r>
        <w:t>Durée de 7 h rétablie. Tout engagement CPER n emporte pas automatiquement une créance exigible. QPC et recours contre les actes de l’État nécessitent une analyse des conditions de recevabilité.</w:t>
      </w:r>
    </w:p>
    <w:p>
      <w:pPr>
        <w:pStyle w:val="Heading2"/>
        <w:pageBreakBefore/>
      </w:pPr>
      <w:r>
        <w:t>R8  Piloter le SRDEII et la stratégie économique régionale</w:t>
      </w:r>
    </w:p>
    <w:p>
      <w:pPr>
        <w:spacing w:after="100"/>
      </w:pPr>
      <w:r>
        <w:rPr>
          <w:b/>
        </w:rPr>
        <w:t xml:space="preserve">Durée et public  </w:t>
      </w:r>
      <w:r>
        <w:t>14 h • Domaine 3 • Élus concernés par le sujet. Offre pédagogique rédigée, moyens à confirmer.</w:t>
      </w:r>
    </w:p>
    <w:p>
      <w:pPr>
        <w:spacing w:after="100"/>
      </w:pPr>
      <w:r>
        <w:rPr>
          <w:b/>
        </w:rPr>
        <w:t xml:space="preserve">Objectif évalué  </w:t>
      </w:r>
      <w:r>
        <w:t>Construire une feuille de route économique avec objectifs acteurs et critères d’effet.</w:t>
      </w:r>
    </w:p>
    <w:p>
      <w:pPr>
        <w:spacing w:after="60"/>
      </w:pPr>
      <w:r>
        <w:t>1  Diagnostic cadre et élaboration du schéma  •  3 h</w:t>
      </w:r>
    </w:p>
    <w:p>
      <w:pPr>
        <w:spacing w:after="60"/>
      </w:pPr>
      <w:r>
        <w:t>2  Filières besoins innovation et articulation avec les autres collectivités  •  4 h</w:t>
      </w:r>
    </w:p>
    <w:p>
      <w:pPr>
        <w:spacing w:after="60"/>
      </w:pPr>
      <w:r>
        <w:t>3  Outils d’intervention partenariats et aides  •  4 h</w:t>
      </w:r>
    </w:p>
    <w:p>
      <w:pPr>
        <w:spacing w:after="60"/>
      </w:pPr>
      <w:r>
        <w:t>4  Gouvernance indicateurs et révision des priorités  •  3 h</w:t>
      </w:r>
    </w:p>
    <w:p>
      <w:pPr>
        <w:spacing w:after="100"/>
      </w:pPr>
      <w:r>
        <w:rPr>
          <w:b/>
        </w:rPr>
        <w:t xml:space="preserve">Atelier et livrable  </w:t>
      </w:r>
      <w:r>
        <w:t>Construire une feuille de route économique avec objectifs acteurs et critères d’effet. Le livrable est discuté puis corrigé avec la grille commune. Le temps de production est inclus dans les séquences 3 et 4.</w:t>
      </w:r>
    </w:p>
    <w:p>
      <w:pPr>
        <w:spacing w:after="100"/>
      </w:pPr>
      <w:r>
        <w:rPr>
          <w:b/>
        </w:rPr>
        <w:t xml:space="preserve">Articulation et vigilance  </w:t>
      </w:r>
      <w:r>
        <w:t>R9 approfondit les aides R13 l’innovation et R41 l’évaluation. Les programmes nationaux européens et dispositifs de soutien sont vérifiés sans disponibilité automatique.</w:t>
      </w:r>
    </w:p>
    <w:p>
      <w:pPr>
        <w:pStyle w:val="Heading2"/>
      </w:pPr>
      <w:r>
        <w:t>R9  Sécuriser les aides aux entreprises</w:t>
      </w:r>
    </w:p>
    <w:p>
      <w:pPr>
        <w:spacing w:after="100"/>
      </w:pPr>
      <w:r>
        <w:rPr>
          <w:b/>
        </w:rPr>
        <w:t xml:space="preserve">Durée et public  </w:t>
      </w:r>
      <w:r>
        <w:t>7 h • Domaine 3 • Élus concernés par le sujet. Offre pédagogique rédigée, moyens à confirmer.</w:t>
      </w:r>
    </w:p>
    <w:p>
      <w:pPr>
        <w:spacing w:after="100"/>
      </w:pPr>
      <w:r>
        <w:rPr>
          <w:b/>
        </w:rPr>
        <w:t xml:space="preserve">Objectif évalué  </w:t>
      </w:r>
      <w:r>
        <w:t>Qualifier trois aides et préparer une grille d’instruction et de suivi.</w:t>
      </w:r>
    </w:p>
    <w:p>
      <w:pPr>
        <w:spacing w:after="60"/>
      </w:pPr>
      <w:r>
        <w:t>1  Compétence juridique et qualification de l’aide  •  1,5 h</w:t>
      </w:r>
    </w:p>
    <w:p>
      <w:pPr>
        <w:spacing w:after="60"/>
      </w:pPr>
      <w:r>
        <w:t>2  De minimis exemptions notification et cumul selon le cas  •  2 h</w:t>
      </w:r>
    </w:p>
    <w:p>
      <w:pPr>
        <w:spacing w:after="60"/>
      </w:pPr>
      <w:r>
        <w:t>3  Convention transparence contrôle et preuves  •  2 h</w:t>
      </w:r>
    </w:p>
    <w:p>
      <w:pPr>
        <w:spacing w:after="60"/>
      </w:pPr>
      <w:r>
        <w:t>4  Indus récupération et risques de contentieux  •  1,5 h</w:t>
      </w:r>
    </w:p>
    <w:p>
      <w:pPr>
        <w:spacing w:after="100"/>
      </w:pPr>
      <w:r>
        <w:rPr>
          <w:b/>
        </w:rPr>
        <w:t xml:space="preserve">Atelier et livrable  </w:t>
      </w:r>
      <w:r>
        <w:t>Qualifier trois aides et préparer une grille d’instruction et de suivi. Le livrable est discuté puis corrigé avec la grille commune. Le temps de production est inclus dans les séquences 3 et 4.</w:t>
      </w:r>
    </w:p>
    <w:p>
      <w:pPr>
        <w:spacing w:after="100"/>
      </w:pPr>
      <w:r>
        <w:rPr>
          <w:b/>
        </w:rPr>
        <w:t xml:space="preserve">Articulation et vigilance  </w:t>
      </w:r>
      <w:r>
        <w:t>Après R8 ou connaissance des aides économiques. Distinguer aide d’État subvention marché et avantage fiscal. Aucun plafond européen n est repris sans actualisation.</w:t>
      </w:r>
    </w:p>
    <w:p>
      <w:pPr>
        <w:pStyle w:val="Heading2"/>
        <w:pageBreakBefore/>
      </w:pPr>
      <w:r>
        <w:t>R10A  Piloter la formation professionnelle régionale</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Construire une programmation et une grille de suivi de prestations de formation.</w:t>
      </w:r>
    </w:p>
    <w:p>
      <w:pPr>
        <w:spacing w:after="60"/>
      </w:pPr>
      <w:r>
        <w:t>1  Compétences région État et partenaires du réseau pour l’emploi  •  1,5 h</w:t>
      </w:r>
    </w:p>
    <w:p>
      <w:pPr>
        <w:spacing w:after="60"/>
      </w:pPr>
      <w:r>
        <w:t>2  CPRDFOP diagnostic et programmation des besoins  •  2 h</w:t>
      </w:r>
    </w:p>
    <w:p>
      <w:pPr>
        <w:spacing w:after="60"/>
      </w:pPr>
      <w:r>
        <w:t>3  Achat de formation conventions et suivi des opérateurs  •  2 h</w:t>
      </w:r>
    </w:p>
    <w:p>
      <w:pPr>
        <w:spacing w:after="60"/>
      </w:pPr>
      <w:r>
        <w:t>4  Accès qualité résultats et évaluation des parcours  •  1,5 h</w:t>
      </w:r>
    </w:p>
    <w:p>
      <w:pPr>
        <w:spacing w:after="100"/>
      </w:pPr>
      <w:r>
        <w:rPr>
          <w:b/>
        </w:rPr>
        <w:t xml:space="preserve">Atelier et livrable  </w:t>
      </w:r>
      <w:r>
        <w:t>Construire une programmation et une grille de suivi de prestations de formation. Le livrable est discuté puis corrigé avec la grille commune. Le temps de production est inclus dans les séquences 3 et 4.</w:t>
      </w:r>
    </w:p>
    <w:p>
      <w:pPr>
        <w:spacing w:after="100"/>
      </w:pPr>
      <w:r>
        <w:rPr>
          <w:b/>
        </w:rPr>
        <w:t xml:space="preserve">Articulation et vigilance  </w:t>
      </w:r>
      <w:r>
        <w:t>Scission de R10. R10B traite l’apprentissage R11 l’emploi et R17 les procédures d’achat. La région ne pilote pas seule l’ensemble du système de formation.</w:t>
      </w:r>
    </w:p>
    <w:p>
      <w:pPr>
        <w:pStyle w:val="Heading2"/>
      </w:pPr>
      <w:r>
        <w:t>R10B  Agir sur l’apprentissage dans le cadre des compétences régionales</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Construire une intervention régionale justifiée avec les acteurs et financements compétents.</w:t>
      </w:r>
    </w:p>
    <w:p>
      <w:pPr>
        <w:spacing w:after="60"/>
      </w:pPr>
      <w:r>
        <w:t>1  Répartition des rôles France compétences OPCO CFA et région  •  1,5 h</w:t>
      </w:r>
    </w:p>
    <w:p>
      <w:pPr>
        <w:spacing w:after="60"/>
      </w:pPr>
      <w:r>
        <w:t>2  Besoins territoriaux et interventions régionales permises  •  2 h</w:t>
      </w:r>
    </w:p>
    <w:p>
      <w:pPr>
        <w:spacing w:after="60"/>
      </w:pPr>
      <w:r>
        <w:t>3  Financement investissements partenariats et articulation avec les branches  •  2 h</w:t>
      </w:r>
    </w:p>
    <w:p>
      <w:pPr>
        <w:spacing w:after="60"/>
      </w:pPr>
      <w:r>
        <w:t>4  Suivi des projets qualité et conditions de décision  •  1,5 h</w:t>
      </w:r>
    </w:p>
    <w:p>
      <w:pPr>
        <w:spacing w:after="100"/>
      </w:pPr>
      <w:r>
        <w:rPr>
          <w:b/>
        </w:rPr>
        <w:t xml:space="preserve">Atelier et livrable  </w:t>
      </w:r>
      <w:r>
        <w:t>Construire une intervention régionale justifiée avec les acteurs et financements compétents. Le livrable est discuté puis corrigé avec la grille commune. Le temps de production est inclus dans les séquences 3 et 4.</w:t>
      </w:r>
    </w:p>
    <w:p>
      <w:pPr>
        <w:spacing w:after="100"/>
      </w:pPr>
      <w:r>
        <w:rPr>
          <w:b/>
        </w:rPr>
        <w:t xml:space="preserve">Articulation et vigilance  </w:t>
      </w:r>
      <w:r>
        <w:t>Scission de R10. Depuis la réforme de 2018 les OPCO financent les contrats selon les règles applicables. La région n est pas présentée comme financeur de droit commun de tous les contrats.</w:t>
      </w:r>
    </w:p>
    <w:p>
      <w:pPr>
        <w:pStyle w:val="Heading2"/>
        <w:pageBreakBefore/>
      </w:pPr>
      <w:r>
        <w:t>R11  Contribuer à l’emploi et à l’évolution des compétences</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Concevoir une coopération territoriale avec indicateurs et limites d’attribution.</w:t>
      </w:r>
    </w:p>
    <w:p>
      <w:pPr>
        <w:spacing w:after="60"/>
      </w:pPr>
      <w:r>
        <w:t>1  Diagnostic des bassins métiers et mutations  •  1,5 h</w:t>
      </w:r>
    </w:p>
    <w:p>
      <w:pPr>
        <w:spacing w:after="60"/>
      </w:pPr>
      <w:r>
        <w:t>2  Rôles État région département France Travail et partenaires  •  2 h</w:t>
      </w:r>
    </w:p>
    <w:p>
      <w:pPr>
        <w:spacing w:after="60"/>
      </w:pPr>
      <w:r>
        <w:t>3  Insertion IAE clauses sociales et leviers territoriaux  •  2 h</w:t>
      </w:r>
    </w:p>
    <w:p>
      <w:pPr>
        <w:spacing w:after="60"/>
      </w:pPr>
      <w:r>
        <w:t>4  Choix des interventions et évaluation des parcours  •  1,5 h</w:t>
      </w:r>
    </w:p>
    <w:p>
      <w:pPr>
        <w:spacing w:after="100"/>
      </w:pPr>
      <w:r>
        <w:rPr>
          <w:b/>
        </w:rPr>
        <w:t xml:space="preserve">Atelier et livrable  </w:t>
      </w:r>
      <w:r>
        <w:t>Concevoir une coopération territoriale avec indicateurs et limites d’attribution. Le livrable est discuté puis corrigé avec la grille commune. Le temps de production est inclus dans les séquences 3 et 4.</w:t>
      </w:r>
    </w:p>
    <w:p>
      <w:pPr>
        <w:spacing w:after="100"/>
      </w:pPr>
      <w:r>
        <w:rPr>
          <w:b/>
        </w:rPr>
        <w:t xml:space="preserve">Articulation et vigilance  </w:t>
      </w:r>
      <w:r>
        <w:t>R10A couvre les achats de formation. Les financements de l’EPIDE et les autres partenariats ne sont pas présumés relever automatiquement de la région. France Travail remplace la référence à Pôle emploi.</w:t>
      </w:r>
    </w:p>
    <w:p>
      <w:pPr>
        <w:pStyle w:val="Heading2"/>
      </w:pPr>
      <w:r>
        <w:t>R12  Choisir et contrôler une entreprise publique locale régionale</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Comparer trois portages et rédiger une note de choix juridiquement fondée.</w:t>
      </w:r>
    </w:p>
    <w:p>
      <w:pPr>
        <w:spacing w:after="60"/>
      </w:pPr>
      <w:r>
        <w:t>1  SEM SPL SEMOP et compétence régionale  •  1,5 h</w:t>
      </w:r>
    </w:p>
    <w:p>
      <w:pPr>
        <w:spacing w:after="60"/>
      </w:pPr>
      <w:r>
        <w:t>2  Création actionnariat statuts gouvernance et contrats  •  2 h</w:t>
      </w:r>
    </w:p>
    <w:p>
      <w:pPr>
        <w:spacing w:after="60"/>
      </w:pPr>
      <w:r>
        <w:t>3  Contrôle financier probité et aides d’État  •  2 h</w:t>
      </w:r>
    </w:p>
    <w:p>
      <w:pPr>
        <w:spacing w:after="60"/>
      </w:pPr>
      <w:r>
        <w:t>4  Comparaison avec régie marché ou concession  •  1,5 h</w:t>
      </w:r>
    </w:p>
    <w:p>
      <w:pPr>
        <w:spacing w:after="100"/>
      </w:pPr>
      <w:r>
        <w:rPr>
          <w:b/>
        </w:rPr>
        <w:t xml:space="preserve">Atelier et livrable  </w:t>
      </w:r>
      <w:r>
        <w:t>Comparer trois portages et rédiger une note de choix juridiquement fondée. Le livrable est discuté puis corrigé avec la grille commune. Le temps de production est inclus dans les séquences 3 et 4.</w:t>
      </w:r>
    </w:p>
    <w:p>
      <w:pPr>
        <w:spacing w:after="100"/>
      </w:pPr>
      <w:r>
        <w:rPr>
          <w:b/>
        </w:rPr>
        <w:t xml:space="preserve">Articulation et vigilance  </w:t>
      </w:r>
      <w:r>
        <w:t>Aucun agrément préfectoral général de création d’une EPL n est annoncé. Les actes restent soumis aux contrôles et procédures réellement applicables. Les prises de participation sont analysées au cas par cas.</w:t>
      </w:r>
    </w:p>
    <w:p>
      <w:pPr>
        <w:pStyle w:val="Heading2"/>
        <w:pageBreakBefore/>
      </w:pPr>
      <w:r>
        <w:t>R13  Piloter la stratégie régionale de recherche et d’innovation</w:t>
      </w:r>
    </w:p>
    <w:p>
      <w:pPr>
        <w:spacing w:after="100"/>
      </w:pPr>
      <w:r>
        <w:rPr>
          <w:b/>
        </w:rPr>
        <w:t xml:space="preserve">Durée et public  </w:t>
      </w:r>
      <w:r>
        <w:t>7 h • Domaine 3 • Élus concernés par le sujet. Offre pédagogique rédigée, moyens à confirmer.</w:t>
      </w:r>
    </w:p>
    <w:p>
      <w:pPr>
        <w:spacing w:after="100"/>
      </w:pPr>
      <w:r>
        <w:rPr>
          <w:b/>
        </w:rPr>
        <w:t xml:space="preserve">Objectif évalué  </w:t>
      </w:r>
      <w:r>
        <w:t>Construire un projet de soutien à l’innovation avec acteurs risques et indicateurs.</w:t>
      </w:r>
    </w:p>
    <w:p>
      <w:pPr>
        <w:spacing w:after="60"/>
      </w:pPr>
      <w:r>
        <w:t>1  Compétences État région universités et partenaires  •  1,5 h</w:t>
      </w:r>
    </w:p>
    <w:p>
      <w:pPr>
        <w:spacing w:after="60"/>
      </w:pPr>
      <w:r>
        <w:t>2  S3 articulation SRDEII CPER et fonds européens  •  2 h</w:t>
      </w:r>
    </w:p>
    <w:p>
      <w:pPr>
        <w:spacing w:after="60"/>
      </w:pPr>
      <w:r>
        <w:t>3  Clusters transfert de technologie et outils de soutien  •  2 h</w:t>
      </w:r>
    </w:p>
    <w:p>
      <w:pPr>
        <w:spacing w:after="60"/>
      </w:pPr>
      <w:r>
        <w:t>4  Gouvernance critères de sélection et évaluation  •  1,5 h</w:t>
      </w:r>
    </w:p>
    <w:p>
      <w:pPr>
        <w:spacing w:after="100"/>
      </w:pPr>
      <w:r>
        <w:rPr>
          <w:b/>
        </w:rPr>
        <w:t xml:space="preserve">Atelier et livrable  </w:t>
      </w:r>
      <w:r>
        <w:t>Construire un projet de soutien à l’innovation avec acteurs risques et indicateurs. Le livrable est discuté puis corrigé avec la grille commune. Le temps de production est inclus dans les séquences 3 et 4.</w:t>
      </w:r>
    </w:p>
    <w:p>
      <w:pPr>
        <w:spacing w:after="100"/>
      </w:pPr>
      <w:r>
        <w:rPr>
          <w:b/>
        </w:rPr>
        <w:t xml:space="preserve">Articulation et vigilance  </w:t>
      </w:r>
      <w:r>
        <w:t>Les universités ne sont pas sous tutelle de la région. Fonds prises de participation SATT et structures de valorisation exigent une qualification juridique propre. R9 traite les aides.</w:t>
      </w:r>
    </w:p>
    <w:p>
      <w:pPr>
        <w:pStyle w:val="Heading2"/>
      </w:pPr>
      <w:r>
        <w:t>R14  Piloter le budget et la prospective financière de la région</w:t>
      </w:r>
    </w:p>
    <w:p>
      <w:pPr>
        <w:spacing w:after="100"/>
      </w:pPr>
      <w:r>
        <w:rPr>
          <w:b/>
        </w:rPr>
        <w:t xml:space="preserve">Durée et public  </w:t>
      </w:r>
      <w:r>
        <w:t>14 h • Domaine 5 • Élus concernés par le sujet. Offre pédagogique rédigée, moyens à confirmer.</w:t>
      </w:r>
    </w:p>
    <w:p>
      <w:pPr>
        <w:spacing w:after="100"/>
      </w:pPr>
      <w:r>
        <w:rPr>
          <w:b/>
        </w:rPr>
        <w:t xml:space="preserve">Objectif évalué  </w:t>
      </w:r>
      <w:r>
        <w:t>Construire une prospective et un PPI avec deux scénarios de recettes.</w:t>
      </w:r>
    </w:p>
    <w:p>
      <w:pPr>
        <w:spacing w:after="60"/>
      </w:pPr>
      <w:r>
        <w:t>1  Budget M57 CFU AP AE et crédits de paiement  •  3 h</w:t>
      </w:r>
    </w:p>
    <w:p>
      <w:pPr>
        <w:spacing w:after="60"/>
      </w:pPr>
      <w:r>
        <w:t>2  Recettes effectives dépenses épargne et trésorerie  •  4 h</w:t>
      </w:r>
    </w:p>
    <w:p>
      <w:pPr>
        <w:spacing w:after="60"/>
      </w:pPr>
      <w:r>
        <w:t>3  PPI coût global et soutenabilité des engagements  •  4 h</w:t>
      </w:r>
    </w:p>
    <w:p>
      <w:pPr>
        <w:spacing w:after="60"/>
      </w:pPr>
      <w:r>
        <w:t>4  Scénarios financiers et décisions budgétaires  •  3 h</w:t>
      </w:r>
    </w:p>
    <w:p>
      <w:pPr>
        <w:spacing w:after="100"/>
      </w:pPr>
      <w:r>
        <w:rPr>
          <w:b/>
        </w:rPr>
        <w:t xml:space="preserve">Atelier et livrable  </w:t>
      </w:r>
      <w:r>
        <w:t>Construire une prospective et un PPI avec deux scénarios de recettes. Le livrable est discuté puis corrigé avec la grille commune. Le temps de production est inclus dans les séquences 3 et 4.</w:t>
      </w:r>
    </w:p>
    <w:p>
      <w:pPr>
        <w:spacing w:after="100"/>
      </w:pPr>
      <w:r>
        <w:rPr>
          <w:b/>
        </w:rPr>
        <w:t xml:space="preserve">Articulation et vigilance  </w:t>
      </w:r>
      <w:r>
        <w:t>Socle recentré depuis 21 h avec dette séparée dans R39. M71 remplacée par le cadre actuel M57. Lycées transports formation et fonds européens ne sont pas par principe des budgets annexes. DGF régionale et DMTO ne sont pas repris comme recettes générales courantes.</w:t>
      </w:r>
    </w:p>
    <w:p>
      <w:pPr>
        <w:pStyle w:val="Heading2"/>
        <w:pageBreakBefore/>
      </w:pPr>
      <w:r>
        <w:t>R15  Vérifier les ressources et préparer un recours budgétaire</w:t>
      </w:r>
    </w:p>
    <w:p>
      <w:pPr>
        <w:spacing w:after="100"/>
      </w:pPr>
      <w:r>
        <w:rPr>
          <w:b/>
        </w:rPr>
        <w:t xml:space="preserve">Durée et public  </w:t>
      </w:r>
      <w:r>
        <w:t>7 h • Domaine 5 • Élus concernés par le sujet. Offre pédagogique rédigée, moyens à confirmer.</w:t>
      </w:r>
    </w:p>
    <w:p>
      <w:pPr>
        <w:spacing w:after="100"/>
      </w:pPr>
      <w:r>
        <w:rPr>
          <w:b/>
        </w:rPr>
        <w:t xml:space="preserve">Objectif évalué  </w:t>
      </w:r>
      <w:r>
        <w:t>Auditer une notification et préparer une note d’options argumentée.</w:t>
      </w:r>
    </w:p>
    <w:p>
      <w:pPr>
        <w:spacing w:after="60"/>
      </w:pPr>
      <w:r>
        <w:t>1  Notifications compensations transferts et péréquation  •  1,5 h</w:t>
      </w:r>
    </w:p>
    <w:p>
      <w:pPr>
        <w:spacing w:after="60"/>
      </w:pPr>
      <w:r>
        <w:t>2  Contrôle des calculs pièces et délais  •  2 h</w:t>
      </w:r>
    </w:p>
    <w:p>
      <w:pPr>
        <w:spacing w:after="60"/>
      </w:pPr>
      <w:r>
        <w:t>3  Dialogue avec les services compétents et réclamation  •  2 h</w:t>
      </w:r>
    </w:p>
    <w:p>
      <w:pPr>
        <w:spacing w:after="60"/>
      </w:pPr>
      <w:r>
        <w:t>4  Recours recevabilité urgence et stratégie  •  1,5 h</w:t>
      </w:r>
    </w:p>
    <w:p>
      <w:pPr>
        <w:spacing w:after="100"/>
      </w:pPr>
      <w:r>
        <w:rPr>
          <w:b/>
        </w:rPr>
        <w:t xml:space="preserve">Atelier et livrable  </w:t>
      </w:r>
      <w:r>
        <w:t>Auditer une notification et préparer une note d’options argumentée. Le livrable est discuté puis corrigé avec la grille commune. Le temps de production est inclus dans les séquences 3 et 4.</w:t>
      </w:r>
    </w:p>
    <w:p>
      <w:pPr>
        <w:spacing w:after="100"/>
      </w:pPr>
      <w:r>
        <w:rPr>
          <w:b/>
        </w:rPr>
        <w:t xml:space="preserve">Articulation et vigilance  </w:t>
      </w:r>
      <w:r>
        <w:t>R16 porte sur la qualification fiscale. La DGF des régions a été remplacée par une fraction de TVA depuis 2018. QPC et Conseil d’État ne sont pas des voies de contestation systématiques de toute notification.</w:t>
      </w:r>
    </w:p>
    <w:p>
      <w:pPr>
        <w:pStyle w:val="Heading2"/>
      </w:pPr>
      <w:r>
        <w:t>R16  Analyser les recettes fiscales et leurs voies de contestation</w:t>
      </w:r>
    </w:p>
    <w:p>
      <w:pPr>
        <w:spacing w:after="100"/>
      </w:pPr>
      <w:r>
        <w:rPr>
          <w:b/>
        </w:rPr>
        <w:t xml:space="preserve">Durée et public  </w:t>
      </w:r>
      <w:r>
        <w:t>7 h • Domaine 5 • Élus concernés par le sujet. Offre pédagogique rédigée, moyens à confirmer.</w:t>
      </w:r>
    </w:p>
    <w:p>
      <w:pPr>
        <w:spacing w:after="100"/>
      </w:pPr>
      <w:r>
        <w:rPr>
          <w:b/>
        </w:rPr>
        <w:t xml:space="preserve">Objectif évalué  </w:t>
      </w:r>
      <w:r>
        <w:t>Qualifier un différend et établir une feuille de vérification et de recours.</w:t>
      </w:r>
    </w:p>
    <w:p>
      <w:pPr>
        <w:spacing w:after="60"/>
      </w:pPr>
      <w:r>
        <w:t>1  Ressources fiscales effectivement attribuées à la région  •  1,5 h</w:t>
      </w:r>
    </w:p>
    <w:p>
      <w:pPr>
        <w:spacing w:after="60"/>
      </w:pPr>
      <w:r>
        <w:t>2  Fractions de TVA accises immatriculations et notifications  •  2 h</w:t>
      </w:r>
    </w:p>
    <w:p>
      <w:pPr>
        <w:spacing w:after="60"/>
      </w:pPr>
      <w:r>
        <w:t>3  Titulaire du pouvoir fiscal recevabilité et compétence juridictionnelle  •  2 h</w:t>
      </w:r>
    </w:p>
    <w:p>
      <w:pPr>
        <w:spacing w:after="60"/>
      </w:pPr>
      <w:r>
        <w:t>4  Scénarios de recettes preuve et délais  •  1,5 h</w:t>
      </w:r>
    </w:p>
    <w:p>
      <w:pPr>
        <w:spacing w:after="100"/>
      </w:pPr>
      <w:r>
        <w:rPr>
          <w:b/>
        </w:rPr>
        <w:t xml:space="preserve">Atelier et livrable  </w:t>
      </w:r>
      <w:r>
        <w:t>Qualifier un différend et établir une feuille de vérification et de recours. Le livrable est discuté puis corrigé avec la grille commune. Le temps de production est inclus dans les séquences 3 et 4.</w:t>
      </w:r>
    </w:p>
    <w:p>
      <w:pPr>
        <w:spacing w:after="100"/>
      </w:pPr>
      <w:r>
        <w:rPr>
          <w:b/>
        </w:rPr>
        <w:t xml:space="preserve">Articulation et vigilance  </w:t>
      </w:r>
      <w:r>
        <w:t>Les bases de CVAE et les DMTO ne sont pas présentés comme leviers fiscaux généraux de la région de droit commun. Les collectivités à statut particulier nécessitent une analyse distincte. Aucun gain de recettes n est garanti.</w:t>
      </w:r>
    </w:p>
    <w:p>
      <w:pPr>
        <w:pStyle w:val="Heading2"/>
        <w:pageBreakBefore/>
      </w:pPr>
      <w:r>
        <w:t>R17  Préparer et exécuter les achats régionaux</w:t>
      </w:r>
    </w:p>
    <w:p>
      <w:pPr>
        <w:spacing w:after="100"/>
      </w:pPr>
      <w:r>
        <w:rPr>
          <w:b/>
        </w:rPr>
        <w:t xml:space="preserve">Durée et public  </w:t>
      </w:r>
      <w:r>
        <w:t>14 h • Domaine 5 • Élus concernés par le sujet. Offre pédagogique rédigée, moyens à confirmer.</w:t>
      </w:r>
    </w:p>
    <w:p>
      <w:pPr>
        <w:spacing w:after="100"/>
      </w:pPr>
      <w:r>
        <w:rPr>
          <w:b/>
        </w:rPr>
        <w:t xml:space="preserve">Objectif évalué  </w:t>
      </w:r>
      <w:r>
        <w:t>Construire un dossier d’achat et une grille d’analyse justifiée.</w:t>
      </w:r>
    </w:p>
    <w:p>
      <w:pPr>
        <w:spacing w:after="60"/>
      </w:pPr>
      <w:r>
        <w:t>1  Besoin estimation procédure et stratégie d’achat  •  3 h</w:t>
      </w:r>
    </w:p>
    <w:p>
      <w:pPr>
        <w:spacing w:after="60"/>
      </w:pPr>
      <w:r>
        <w:t>2  Publicité allotissement analyse des offres et probité  •  4 h</w:t>
      </w:r>
    </w:p>
    <w:p>
      <w:pPr>
        <w:spacing w:after="60"/>
      </w:pPr>
      <w:r>
        <w:t>3  Clauses sociales environnementales et suivi  •  4 h</w:t>
      </w:r>
    </w:p>
    <w:p>
      <w:pPr>
        <w:spacing w:after="60"/>
      </w:pPr>
      <w:r>
        <w:t>4  Exécution modifications paiement et contrôle  •  3 h</w:t>
      </w:r>
    </w:p>
    <w:p>
      <w:pPr>
        <w:spacing w:after="100"/>
      </w:pPr>
      <w:r>
        <w:rPr>
          <w:b/>
        </w:rPr>
        <w:t xml:space="preserve">Atelier et livrable  </w:t>
      </w:r>
      <w:r>
        <w:t>Construire un dossier d’achat et une grille d’analyse justifiée. Le livrable est discuté puis corrigé avec la grille commune. Le temps de production est inclus dans les séquences 3 et 4.</w:t>
      </w:r>
    </w:p>
    <w:p>
      <w:pPr>
        <w:spacing w:after="100"/>
      </w:pPr>
      <w:r>
        <w:rPr>
          <w:b/>
        </w:rPr>
        <w:t xml:space="preserve">Articulation et vigilance  </w:t>
      </w:r>
      <w:r>
        <w:t>R9 traite les aides R42 la maîtrise d’ouvrage et R28 les litiges. Distinguer subvention et marché. Les clauses ne favorisent pas illégalement une origine locale et les seuils sont actualisés.</w:t>
      </w:r>
    </w:p>
    <w:p>
      <w:pPr>
        <w:pStyle w:val="Heading2"/>
      </w:pPr>
      <w:r>
        <w:t>R18  Prévenir la corruption et préparer un contrôle AFA</w:t>
      </w:r>
    </w:p>
    <w:p>
      <w:pPr>
        <w:spacing w:after="100"/>
      </w:pPr>
      <w:r>
        <w:rPr>
          <w:b/>
        </w:rPr>
        <w:t xml:space="preserve">Durée et public  </w:t>
      </w:r>
      <w:r>
        <w:t>7 h • Domaine 1 • Élus concernés par le sujet. Offre pédagogique rédigée, moyens à confirmer.</w:t>
      </w:r>
    </w:p>
    <w:p>
      <w:pPr>
        <w:spacing w:after="100"/>
      </w:pPr>
      <w:r>
        <w:rPr>
          <w:b/>
        </w:rPr>
        <w:t xml:space="preserve">Objectif évalué  </w:t>
      </w:r>
      <w:r>
        <w:t>Produire une cartographie des risques et un plan d’action proportionné.</w:t>
      </w:r>
    </w:p>
    <w:p>
      <w:pPr>
        <w:spacing w:after="60"/>
      </w:pPr>
      <w:r>
        <w:t>1  Champ des contrôles publics AFA et cadre juridique  •  1,5 h</w:t>
      </w:r>
    </w:p>
    <w:p>
      <w:pPr>
        <w:spacing w:after="60"/>
      </w:pPr>
      <w:r>
        <w:t>2  Risques dans les achats aides et décisions  •  2 h</w:t>
      </w:r>
    </w:p>
    <w:p>
      <w:pPr>
        <w:spacing w:after="60"/>
      </w:pPr>
      <w:r>
        <w:t>3  Contrôles internes alertes évaluation des tiers et responsabilités  •  2 h</w:t>
      </w:r>
    </w:p>
    <w:p>
      <w:pPr>
        <w:spacing w:after="60"/>
      </w:pPr>
      <w:r>
        <w:t>4  Documentation du dispositif et plan d’amélioration  •  1,5 h</w:t>
      </w:r>
    </w:p>
    <w:p>
      <w:pPr>
        <w:spacing w:after="100"/>
      </w:pPr>
      <w:r>
        <w:rPr>
          <w:b/>
        </w:rPr>
        <w:t xml:space="preserve">Atelier et livrable  </w:t>
      </w:r>
      <w:r>
        <w:t>Produire une cartographie des risques et un plan d’action proportionné. Le livrable est discuté puis corrigé avec la grille commune. Le temps de production est inclus dans les séquences 3 et 4.</w:t>
      </w:r>
    </w:p>
    <w:p>
      <w:pPr>
        <w:spacing w:after="100"/>
      </w:pPr>
      <w:r>
        <w:rPr>
          <w:b/>
        </w:rPr>
        <w:t xml:space="preserve">Articulation et vigilance  </w:t>
      </w:r>
      <w:r>
        <w:t>Le seuil prétendu de cinq cents agents et cinquante millions d’euros est supprimé. Distinguer contrôles publics et obligations des entreprises prévues par la loi Sapin II. R40 traite les conflits individuels.</w:t>
      </w:r>
    </w:p>
    <w:p>
      <w:pPr>
        <w:pStyle w:val="Heading2"/>
        <w:pageBreakBefore/>
      </w:pPr>
      <w:r>
        <w:t>R19  Sécuriser les acquisitions foncières des projets régionaux</w:t>
      </w:r>
    </w:p>
    <w:p>
      <w:pPr>
        <w:spacing w:after="100"/>
      </w:pPr>
      <w:r>
        <w:rPr>
          <w:b/>
        </w:rPr>
        <w:t xml:space="preserve">Durée et public  </w:t>
      </w:r>
      <w:r>
        <w:t>7 h • Domaine 3 • Élus concernés par le sujet. Offre pédagogique rédigée, moyens à confirmer.</w:t>
      </w:r>
    </w:p>
    <w:p>
      <w:pPr>
        <w:spacing w:after="100"/>
      </w:pPr>
      <w:r>
        <w:rPr>
          <w:b/>
        </w:rPr>
        <w:t xml:space="preserve">Objectif évalué  </w:t>
      </w:r>
      <w:r>
        <w:t>Comparer les voies d’acquisition et construire une chronologie adaptée.</w:t>
      </w:r>
    </w:p>
    <w:p>
      <w:pPr>
        <w:spacing w:after="60"/>
      </w:pPr>
      <w:r>
        <w:t>1  Besoin compétence régionale et acquisition amiable  •  1,5 h</w:t>
      </w:r>
    </w:p>
    <w:p>
      <w:pPr>
        <w:spacing w:after="60"/>
      </w:pPr>
      <w:r>
        <w:t>2  Droits de préemption titulaires et délégations réellement possibles  •  2 h</w:t>
      </w:r>
    </w:p>
    <w:p>
      <w:pPr>
        <w:spacing w:after="60"/>
      </w:pPr>
      <w:r>
        <w:t>3  Expropriation phases administrative et judiciaire  •  2 h</w:t>
      </w:r>
    </w:p>
    <w:p>
      <w:pPr>
        <w:spacing w:after="60"/>
      </w:pPr>
      <w:r>
        <w:t>4  Prix preuves délais et risques  •  1,5 h</w:t>
      </w:r>
    </w:p>
    <w:p>
      <w:pPr>
        <w:spacing w:after="100"/>
      </w:pPr>
      <w:r>
        <w:rPr>
          <w:b/>
        </w:rPr>
        <w:t xml:space="preserve">Atelier et livrable  </w:t>
      </w:r>
      <w:r>
        <w:t>Comparer les voies d’acquisition et construire une chronologie adaptée. Le livrable est discuté puis corrigé avec la grille commune. Le temps de production est inclus dans les séquences 3 et 4.</w:t>
      </w:r>
    </w:p>
    <w:p>
      <w:pPr>
        <w:spacing w:after="100"/>
      </w:pPr>
      <w:r>
        <w:rPr>
          <w:b/>
        </w:rPr>
        <w:t xml:space="preserve">Articulation et vigilance  </w:t>
      </w:r>
      <w:r>
        <w:t>Fiche reconstituée depuis le titre initial dont le contenu traitait le SRADDET. Il n existe pas de droit régional général de préemption pour tout projet. Le contenu de planification est réattribué à R20.</w:t>
      </w:r>
    </w:p>
    <w:p>
      <w:pPr>
        <w:pStyle w:val="Heading2"/>
      </w:pPr>
      <w:r>
        <w:t>R20  Piloter le SRADDET et son articulation avec les documents locaux</w:t>
      </w:r>
    </w:p>
    <w:p>
      <w:pPr>
        <w:spacing w:after="100"/>
      </w:pPr>
      <w:r>
        <w:rPr>
          <w:b/>
        </w:rPr>
        <w:t xml:space="preserve">Durée et public  </w:t>
      </w:r>
      <w:r>
        <w:t>14 h • Domaine 3 • Élus concernés par le sujet. Offre pédagogique rédigée, moyens à confirmer.</w:t>
      </w:r>
    </w:p>
    <w:p>
      <w:pPr>
        <w:spacing w:after="100"/>
      </w:pPr>
      <w:r>
        <w:rPr>
          <w:b/>
        </w:rPr>
        <w:t xml:space="preserve">Objectif évalué  </w:t>
      </w:r>
      <w:r>
        <w:t>Construire une matrice d’articulation et une note de conformité sur un cas fictif.</w:t>
      </w:r>
    </w:p>
    <w:p>
      <w:pPr>
        <w:spacing w:after="60"/>
      </w:pPr>
      <w:r>
        <w:t>1  Champ du schéma et régimes territoriaux particuliers  •  3 h</w:t>
      </w:r>
    </w:p>
    <w:p>
      <w:pPr>
        <w:spacing w:after="60"/>
      </w:pPr>
      <w:r>
        <w:t>2  Objectifs règles élaboration et approbation  •  4 h</w:t>
      </w:r>
    </w:p>
    <w:p>
      <w:pPr>
        <w:spacing w:after="60"/>
      </w:pPr>
      <w:r>
        <w:t>3  Prise en compte des objectifs compatibilité avec les règles et rapports entre documents  •  4 h</w:t>
      </w:r>
    </w:p>
    <w:p>
      <w:pPr>
        <w:spacing w:after="60"/>
      </w:pPr>
      <w:r>
        <w:t>4  Suivi évolution association des collectivités et risque contentieux  •  3 h</w:t>
      </w:r>
    </w:p>
    <w:p>
      <w:pPr>
        <w:spacing w:after="100"/>
      </w:pPr>
      <w:r>
        <w:rPr>
          <w:b/>
        </w:rPr>
        <w:t xml:space="preserve">Atelier et livrable  </w:t>
      </w:r>
      <w:r>
        <w:t>Construire une matrice d’articulation et une note de conformité sur un cas fictif. Le livrable est discuté puis corrigé avec la grille commune. Le temps de production est inclus dans les séquences 3 et 4.</w:t>
      </w:r>
    </w:p>
    <w:p>
      <w:pPr>
        <w:spacing w:after="100"/>
      </w:pPr>
      <w:r>
        <w:rPr>
          <w:b/>
        </w:rPr>
        <w:t xml:space="preserve">Articulation et vigilance  </w:t>
      </w:r>
      <w:r>
        <w:t>Code absent rétabli depuis le contenu de R19. Distinguer adoption par la région et approbation préfectorale. R24 approfondit la sobriété foncière et R25 les risques environnementaux.</w:t>
      </w:r>
    </w:p>
    <w:p>
      <w:pPr>
        <w:pStyle w:val="Heading2"/>
        <w:pageBreakBefore/>
      </w:pPr>
      <w:r>
        <w:t>R21  Évaluer et monter les projets régionaux d’énergie renouvelable</w:t>
      </w:r>
    </w:p>
    <w:p>
      <w:pPr>
        <w:spacing w:after="100"/>
      </w:pPr>
      <w:r>
        <w:rPr>
          <w:b/>
        </w:rPr>
        <w:t xml:space="preserve">Durée et public  </w:t>
      </w:r>
      <w:r>
        <w:t>7 h • Domaine 3 • Élus concernés par le sujet. Offre pédagogique rédigée, moyens à confirmer.</w:t>
      </w:r>
    </w:p>
    <w:p>
      <w:pPr>
        <w:spacing w:after="100"/>
      </w:pPr>
      <w:r>
        <w:rPr>
          <w:b/>
        </w:rPr>
        <w:t xml:space="preserve">Objectif évalué  </w:t>
      </w:r>
      <w:r>
        <w:t>Comparer deux montages solaires pour un lycée avec analyse de sensibilité.</w:t>
      </w:r>
    </w:p>
    <w:p>
      <w:pPr>
        <w:spacing w:after="60"/>
      </w:pPr>
      <w:r>
        <w:t>1  Compétences régionales besoins et sites  •  1,5 h</w:t>
      </w:r>
    </w:p>
    <w:p>
      <w:pPr>
        <w:spacing w:after="60"/>
      </w:pPr>
      <w:r>
        <w:t>2  Photovoltaïque chaleur et autres options selon le projet  •  2 h</w:t>
      </w:r>
    </w:p>
    <w:p>
      <w:pPr>
        <w:spacing w:after="60"/>
      </w:pPr>
      <w:r>
        <w:t>3  Occupation du domaine contrats responsabilités et financement  •  2 h</w:t>
      </w:r>
    </w:p>
    <w:p>
      <w:pPr>
        <w:spacing w:after="60"/>
      </w:pPr>
      <w:r>
        <w:t>4  Coût global risques et contrôle des résultats  •  1,5 h</w:t>
      </w:r>
    </w:p>
    <w:p>
      <w:pPr>
        <w:spacing w:after="100"/>
      </w:pPr>
      <w:r>
        <w:rPr>
          <w:b/>
        </w:rPr>
        <w:t xml:space="preserve">Atelier et livrable  </w:t>
      </w:r>
      <w:r>
        <w:t>Comparer deux montages solaires pour un lycée avec analyse de sensibilité. Le livrable est discuté puis corrigé avec la grille commune. Le temps de production est inclus dans les séquences 3 et 4.</w:t>
      </w:r>
    </w:p>
    <w:p>
      <w:pPr>
        <w:spacing w:after="100"/>
      </w:pPr>
      <w:r>
        <w:rPr>
          <w:b/>
        </w:rPr>
        <w:t xml:space="preserve">Articulation et vigilance  </w:t>
      </w:r>
      <w:r>
        <w:t>La région ne délivre pas par principe les autorisations environnementales des installations. BEA tiers investissement autoconsommation et aides sont qualifiés selon le cas sans rendement garanti. R42 traite la réalisation.</w:t>
      </w:r>
    </w:p>
    <w:p>
      <w:pPr>
        <w:pStyle w:val="Heading2"/>
      </w:pPr>
      <w:r>
        <w:t>R22  Évaluer les filières énergétiques et technologies émergentes</w:t>
      </w:r>
    </w:p>
    <w:p>
      <w:pPr>
        <w:spacing w:after="100"/>
      </w:pPr>
      <w:r>
        <w:rPr>
          <w:b/>
        </w:rPr>
        <w:t xml:space="preserve">Durée et public  </w:t>
      </w:r>
      <w:r>
        <w:t>7 h • Domaine 3 • Élus concernés par le sujet. Offre pédagogique rédigée, moyens à confirmer.</w:t>
      </w:r>
    </w:p>
    <w:p>
      <w:pPr>
        <w:spacing w:after="100"/>
      </w:pPr>
      <w:r>
        <w:rPr>
          <w:b/>
        </w:rPr>
        <w:t xml:space="preserve">Objectif évalué  </w:t>
      </w:r>
      <w:r>
        <w:t>Comparer une solution émergente avec deux alternatives éprouvées.</w:t>
      </w:r>
    </w:p>
    <w:p>
      <w:pPr>
        <w:spacing w:after="60"/>
      </w:pPr>
      <w:r>
        <w:t>1  Besoin industriel territorial et maturité  •  1,5 h</w:t>
      </w:r>
    </w:p>
    <w:p>
      <w:pPr>
        <w:spacing w:after="60"/>
      </w:pPr>
      <w:r>
        <w:t>2  Hydrogène stockage biocarburants et alternatives  •  2 h</w:t>
      </w:r>
    </w:p>
    <w:p>
      <w:pPr>
        <w:spacing w:after="60"/>
      </w:pPr>
      <w:r>
        <w:t>3  Montage compétence aides risques et partage des engagements  •  2 h</w:t>
      </w:r>
    </w:p>
    <w:p>
      <w:pPr>
        <w:spacing w:after="60"/>
      </w:pPr>
      <w:r>
        <w:t>4  Conditions de décision scénarios et clauses de sortie  •  1,5 h</w:t>
      </w:r>
    </w:p>
    <w:p>
      <w:pPr>
        <w:spacing w:after="100"/>
      </w:pPr>
      <w:r>
        <w:rPr>
          <w:b/>
        </w:rPr>
        <w:t xml:space="preserve">Atelier et livrable  </w:t>
      </w:r>
      <w:r>
        <w:t>Comparer une solution émergente avec deux alternatives éprouvées. Le livrable est discuté puis corrigé avec la grille commune. Le temps de production est inclus dans les séquences 3 et 4.</w:t>
      </w:r>
    </w:p>
    <w:p>
      <w:pPr>
        <w:spacing w:after="100"/>
      </w:pPr>
      <w:r>
        <w:rPr>
          <w:b/>
        </w:rPr>
        <w:t xml:space="preserve">Articulation et vigilance  </w:t>
      </w:r>
      <w:r>
        <w:t>Aucune commande de bus de bennes ou de train n est présumée relever de la région sans examen du service et de la compétence. Les trajectoires de coût et les dispositifs disponibles sont actualisés.</w:t>
      </w:r>
    </w:p>
    <w:p>
      <w:pPr>
        <w:pStyle w:val="Heading2"/>
        <w:pageBreakBefore/>
      </w:pPr>
      <w:r>
        <w:t>R23  Comparer les instruments de financement de la transition</w:t>
      </w:r>
    </w:p>
    <w:p>
      <w:pPr>
        <w:spacing w:after="100"/>
      </w:pPr>
      <w:r>
        <w:rPr>
          <w:b/>
        </w:rPr>
        <w:t xml:space="preserve">Durée et public  </w:t>
      </w:r>
      <w:r>
        <w:t>7 h • Domaine 5 • Élus concernés par le sujet. Offre pédagogique rédigée, moyens à confirmer.</w:t>
      </w:r>
    </w:p>
    <w:p>
      <w:pPr>
        <w:spacing w:after="100"/>
      </w:pPr>
      <w:r>
        <w:rPr>
          <w:b/>
        </w:rPr>
        <w:t xml:space="preserve">Objectif évalué  </w:t>
      </w:r>
      <w:r>
        <w:t>Comparer trois instruments avec coûts obligations et risques.</w:t>
      </w:r>
    </w:p>
    <w:p>
      <w:pPr>
        <w:spacing w:after="60"/>
      </w:pPr>
      <w:r>
        <w:t>1  Dette subvention mécénat et qualifications  •  1,5 h</w:t>
      </w:r>
    </w:p>
    <w:p>
      <w:pPr>
        <w:spacing w:after="60"/>
      </w:pPr>
      <w:r>
        <w:t>2  Prêts émissions labellisées critères et cadre volontaire ou obligatoire  •  2 h</w:t>
      </w:r>
    </w:p>
    <w:p>
      <w:pPr>
        <w:spacing w:after="60"/>
      </w:pPr>
      <w:r>
        <w:t>3  Coûts reporting risques et conditions des financeurs  •  2 h</w:t>
      </w:r>
    </w:p>
    <w:p>
      <w:pPr>
        <w:spacing w:after="60"/>
      </w:pPr>
      <w:r>
        <w:t>4  Choix de l’instrument et contrôle des engagements  •  1,5 h</w:t>
      </w:r>
    </w:p>
    <w:p>
      <w:pPr>
        <w:spacing w:after="100"/>
      </w:pPr>
      <w:r>
        <w:rPr>
          <w:b/>
        </w:rPr>
        <w:t xml:space="preserve">Atelier et livrable  </w:t>
      </w:r>
      <w:r>
        <w:t>Comparer trois instruments avec coûts obligations et risques. Le livrable est discuté puis corrigé avec la grille commune. Le temps de production est inclus dans les séquences 3 et 4.</w:t>
      </w:r>
    </w:p>
    <w:p>
      <w:pPr>
        <w:spacing w:after="100"/>
      </w:pPr>
      <w:r>
        <w:rPr>
          <w:b/>
        </w:rPr>
        <w:t xml:space="preserve">Articulation et vigilance  </w:t>
      </w:r>
      <w:r>
        <w:t>R39 couvre la dette générale R30 les programmes européens. Les fonds de dotation ne constituent pas une voie générale de financement public. Le label européen et les obligations de reporting sont vérifiés instrument par instrument.</w:t>
      </w:r>
    </w:p>
    <w:p>
      <w:pPr>
        <w:pStyle w:val="Heading2"/>
      </w:pPr>
      <w:r>
        <w:t>R24  Décliner la sobriété foncière et accompagner les territoires</w:t>
      </w:r>
    </w:p>
    <w:p>
      <w:pPr>
        <w:spacing w:after="100"/>
      </w:pPr>
      <w:r>
        <w:rPr>
          <w:b/>
        </w:rPr>
        <w:t xml:space="preserve">Durée et public  </w:t>
      </w:r>
      <w:r>
        <w:t>7 h • Domaine 3 • Élus concernés par le sujet. Offre pédagogique rédigée, moyens à confirmer.</w:t>
      </w:r>
    </w:p>
    <w:p>
      <w:pPr>
        <w:spacing w:after="100"/>
      </w:pPr>
      <w:r>
        <w:rPr>
          <w:b/>
        </w:rPr>
        <w:t xml:space="preserve">Objectif évalué  </w:t>
      </w:r>
      <w:r>
        <w:t>Comparer deux répartitions de trajectoire et documenter leurs effets.</w:t>
      </w:r>
    </w:p>
    <w:p>
      <w:pPr>
        <w:spacing w:after="60"/>
      </w:pPr>
      <w:r>
        <w:t>1  Cadre applicable consommation artificialisation et sources de données  •  1,5 h</w:t>
      </w:r>
    </w:p>
    <w:p>
      <w:pPr>
        <w:spacing w:after="60"/>
      </w:pPr>
      <w:r>
        <w:t>2  Trajectoires territoriales et critères de répartition  •  2 h</w:t>
      </w:r>
    </w:p>
    <w:p>
      <w:pPr>
        <w:spacing w:after="60"/>
      </w:pPr>
      <w:r>
        <w:t>3  Renouvellement friches renaturation et partenariats  •  2 h</w:t>
      </w:r>
    </w:p>
    <w:p>
      <w:pPr>
        <w:spacing w:after="60"/>
      </w:pPr>
      <w:r>
        <w:t>4  Arbitrages justification suivi et recours  •  1,5 h</w:t>
      </w:r>
    </w:p>
    <w:p>
      <w:pPr>
        <w:spacing w:after="100"/>
      </w:pPr>
      <w:r>
        <w:rPr>
          <w:b/>
        </w:rPr>
        <w:t xml:space="preserve">Atelier et livrable  </w:t>
      </w:r>
      <w:r>
        <w:t>Comparer deux répartitions de trajectoire et documenter leurs effets. Le livrable est discuté puis corrigé avec la grille commune. Le temps de production est inclus dans les séquences 3 et 4.</w:t>
      </w:r>
    </w:p>
    <w:p>
      <w:pPr>
        <w:spacing w:after="100"/>
      </w:pPr>
      <w:r>
        <w:rPr>
          <w:b/>
        </w:rPr>
        <w:t xml:space="preserve">Articulation et vigilance  </w:t>
      </w:r>
      <w:r>
        <w:t>R20 traite la structure du SRADDET. Objectifs calendriers garanties et projets nationaux sont vérifiés avant session sans présumer le droit applicable en 2028. Les catégories de surface ne sont pas confondues.</w:t>
      </w:r>
    </w:p>
    <w:p>
      <w:pPr>
        <w:pStyle w:val="Heading2"/>
        <w:pageBreakBefore/>
      </w:pPr>
      <w:r>
        <w:t>R25  Prévenir et gérer les risques contentieux environnementaux</w:t>
      </w:r>
    </w:p>
    <w:p>
      <w:pPr>
        <w:spacing w:after="100"/>
      </w:pPr>
      <w:r>
        <w:rPr>
          <w:b/>
        </w:rPr>
        <w:t xml:space="preserve">Durée et public  </w:t>
      </w:r>
      <w:r>
        <w:t>7 h • Domaine 3 • Élus concernés par le sujet. Offre pédagogique rédigée, moyens à confirmer.</w:t>
      </w:r>
    </w:p>
    <w:p>
      <w:pPr>
        <w:spacing w:after="100"/>
      </w:pPr>
      <w:r>
        <w:rPr>
          <w:b/>
        </w:rPr>
        <w:t xml:space="preserve">Objectif évalué  </w:t>
      </w:r>
      <w:r>
        <w:t>Construire une matrice de risques et une note de réponse sur un projet régional fictif.</w:t>
      </w:r>
    </w:p>
    <w:p>
      <w:pPr>
        <w:spacing w:after="60"/>
      </w:pPr>
      <w:r>
        <w:t>1  Acte projet compétence et obligations applicables  •  1,5 h</w:t>
      </w:r>
    </w:p>
    <w:p>
      <w:pPr>
        <w:spacing w:after="60"/>
      </w:pPr>
      <w:r>
        <w:t>2  Évaluation environnementale participation et preuves  •  2 h</w:t>
      </w:r>
    </w:p>
    <w:p>
      <w:pPr>
        <w:spacing w:after="60"/>
      </w:pPr>
      <w:r>
        <w:t>3  Recours recevabilité urgence et juridiction  •  2 h</w:t>
      </w:r>
    </w:p>
    <w:p>
      <w:pPr>
        <w:spacing w:after="60"/>
      </w:pPr>
      <w:r>
        <w:t>4  Prévention correction et suivi des décisions  •  1,5 h</w:t>
      </w:r>
    </w:p>
    <w:p>
      <w:pPr>
        <w:spacing w:after="100"/>
      </w:pPr>
      <w:r>
        <w:rPr>
          <w:b/>
        </w:rPr>
        <w:t xml:space="preserve">Atelier et livrable  </w:t>
      </w:r>
      <w:r>
        <w:t>Construire une matrice de risques et une note de réponse sur un projet régional fictif. Le livrable est discuté puis corrigé avec la grille commune. Le temps de production est inclus dans les séquences 3 et 4.</w:t>
      </w:r>
    </w:p>
    <w:p>
      <w:pPr>
        <w:spacing w:after="100"/>
      </w:pPr>
      <w:r>
        <w:rPr>
          <w:b/>
        </w:rPr>
        <w:t xml:space="preserve">Articulation et vigilance  </w:t>
      </w:r>
      <w:r>
        <w:t>Aucune obligation climatique générale ni jurisprudence étrangère n est transposée automatiquement à la région. Distinguer acte de la région autorisation de l’État et responsabilité du maître d’ouvrage.</w:t>
      </w:r>
    </w:p>
    <w:p>
      <w:pPr>
        <w:pStyle w:val="Heading2"/>
      </w:pPr>
      <w:r>
        <w:t>R26A  Organiser les transports régionaux et contrôler les contrats</w:t>
      </w:r>
    </w:p>
    <w:p>
      <w:pPr>
        <w:spacing w:after="100"/>
      </w:pPr>
      <w:r>
        <w:rPr>
          <w:b/>
        </w:rPr>
        <w:t xml:space="preserve">Durée et public  </w:t>
      </w:r>
      <w:r>
        <w:t>14 h • Domaine 3 • Élus concernés par le sujet. Offre pédagogique rédigée, moyens à confirmer.</w:t>
      </w:r>
    </w:p>
    <w:p>
      <w:pPr>
        <w:spacing w:after="100"/>
      </w:pPr>
      <w:r>
        <w:rPr>
          <w:b/>
        </w:rPr>
        <w:t xml:space="preserve">Objectif évalué  </w:t>
      </w:r>
      <w:r>
        <w:t>Préparer une grille de négociation et de contrôle d’un service TER.</w:t>
      </w:r>
    </w:p>
    <w:p>
      <w:pPr>
        <w:spacing w:after="60"/>
      </w:pPr>
      <w:r>
        <w:t>1  Compétence régionale et articulation avec les AOM  •  3 h</w:t>
      </w:r>
    </w:p>
    <w:p>
      <w:pPr>
        <w:spacing w:after="60"/>
      </w:pPr>
      <w:r>
        <w:t>2  Convention ou contrat ferroviaire offre qualité et concurrence  •  4 h</w:t>
      </w:r>
    </w:p>
    <w:p>
      <w:pPr>
        <w:spacing w:after="60"/>
      </w:pPr>
      <w:r>
        <w:t>3  Transports routiers interurbains scolaires et coordination  •  4 h</w:t>
      </w:r>
    </w:p>
    <w:p>
      <w:pPr>
        <w:spacing w:after="60"/>
      </w:pPr>
      <w:r>
        <w:t>4  Financement matériel risques et suivi des engagements  •  3 h</w:t>
      </w:r>
    </w:p>
    <w:p>
      <w:pPr>
        <w:spacing w:after="100"/>
      </w:pPr>
      <w:r>
        <w:rPr>
          <w:b/>
        </w:rPr>
        <w:t xml:space="preserve">Atelier et livrable  </w:t>
      </w:r>
      <w:r>
        <w:t>Préparer une grille de négociation et de contrôle d’un service TER. Le livrable est discuté puis corrigé avec la grille commune. Le temps de production est inclus dans les séquences 3 et 4.</w:t>
      </w:r>
    </w:p>
    <w:p>
      <w:pPr>
        <w:spacing w:after="100"/>
      </w:pPr>
      <w:r>
        <w:rPr>
          <w:b/>
        </w:rPr>
        <w:t xml:space="preserve">Articulation et vigilance  </w:t>
      </w:r>
      <w:r>
        <w:t>Scission de R26. Les opérateurs sont définis par le contrat applicable sans présumer que toute exploitation demeure confiée à SNCF Voyageurs. Le transport scolaire adapté des élèves en situation de handicap est distingué.</w:t>
      </w:r>
    </w:p>
    <w:p>
      <w:pPr>
        <w:pStyle w:val="Heading2"/>
        <w:pageBreakBefore/>
      </w:pPr>
      <w:r>
        <w:t>R26B  Piloter les infrastructures et les routes mises à disposition</w:t>
      </w:r>
    </w:p>
    <w:p>
      <w:pPr>
        <w:spacing w:after="100"/>
      </w:pPr>
      <w:r>
        <w:rPr>
          <w:b/>
        </w:rPr>
        <w:t xml:space="preserve">Durée et public  </w:t>
      </w:r>
      <w:r>
        <w:t>7 h • Domaine 3 • Élus concernés par le sujet. Offre pédagogique rédigée, moyens à confirmer.</w:t>
      </w:r>
    </w:p>
    <w:p>
      <w:pPr>
        <w:spacing w:after="100"/>
      </w:pPr>
      <w:r>
        <w:rPr>
          <w:b/>
        </w:rPr>
        <w:t xml:space="preserve">Objectif évalué  </w:t>
      </w:r>
      <w:r>
        <w:t>Cartographier les responsabilités puis prioriser un programme de travaux.</w:t>
      </w:r>
    </w:p>
    <w:p>
      <w:pPr>
        <w:spacing w:after="60"/>
      </w:pPr>
      <w:r>
        <w:t>1  Propriété compétence convention et maîtrise d’ouvrage  •  1,5 h</w:t>
      </w:r>
    </w:p>
    <w:p>
      <w:pPr>
        <w:spacing w:after="60"/>
      </w:pPr>
      <w:r>
        <w:t>2  Régénération ferroviaire responsabilités et partenariats  •  2 h</w:t>
      </w:r>
    </w:p>
    <w:p>
      <w:pPr>
        <w:spacing w:after="60"/>
      </w:pPr>
      <w:r>
        <w:t>3  Routes expérimentales entretien exploitation et financement  •  2 h</w:t>
      </w:r>
    </w:p>
    <w:p>
      <w:pPr>
        <w:spacing w:after="60"/>
      </w:pPr>
      <w:r>
        <w:t>4  Programmation risques sécurité et suivi  •  1,5 h</w:t>
      </w:r>
    </w:p>
    <w:p>
      <w:pPr>
        <w:spacing w:after="100"/>
      </w:pPr>
      <w:r>
        <w:rPr>
          <w:b/>
        </w:rPr>
        <w:t xml:space="preserve">Atelier et livrable  </w:t>
      </w:r>
      <w:r>
        <w:t>Cartographier les responsabilités puis prioriser un programme de travaux. Le livrable est discuté puis corrigé avec la grille commune. Le temps de production est inclus dans les séquences 3 et 4.</w:t>
      </w:r>
    </w:p>
    <w:p>
      <w:pPr>
        <w:spacing w:after="100"/>
      </w:pPr>
      <w:r>
        <w:rPr>
          <w:b/>
        </w:rPr>
        <w:t xml:space="preserve">Articulation et vigilance  </w:t>
      </w:r>
      <w:r>
        <w:t>Scission de R26. Les routes nationales mises à disposition des régions demeurent dans le réseau national dans le cadre expérimental applicable. Aucun transfert général de propriété ni prolongation jusqu en 2034 n est présumé.</w:t>
      </w:r>
    </w:p>
    <w:p>
      <w:pPr>
        <w:pStyle w:val="Heading2"/>
      </w:pPr>
      <w:r>
        <w:t>R27  Piloter les lycées et leurs services</w:t>
      </w:r>
    </w:p>
    <w:p>
      <w:pPr>
        <w:spacing w:after="100"/>
      </w:pPr>
      <w:r>
        <w:rPr>
          <w:b/>
        </w:rPr>
        <w:t xml:space="preserve">Durée et public  </w:t>
      </w:r>
      <w:r>
        <w:t>14 h • Domaine 2 • Élus concernés par le sujet. Offre pédagogique rédigée, moyens à confirmer.</w:t>
      </w:r>
    </w:p>
    <w:p>
      <w:pPr>
        <w:spacing w:after="100"/>
      </w:pPr>
      <w:r>
        <w:rPr>
          <w:b/>
        </w:rPr>
        <w:t xml:space="preserve">Objectif évalué  </w:t>
      </w:r>
      <w:r>
        <w:t>Construire un plan d’amélioration d’un lycée avec coûts responsabilités et indicateurs.</w:t>
      </w:r>
    </w:p>
    <w:p>
      <w:pPr>
        <w:spacing w:after="60"/>
      </w:pPr>
      <w:r>
        <w:t>1  Compétences région État EPLE et carte des formations  •  3 h</w:t>
      </w:r>
    </w:p>
    <w:p>
      <w:pPr>
        <w:spacing w:after="60"/>
      </w:pPr>
      <w:r>
        <w:t>2  Bâtiments restauration internats équipements et personnels  •  4 h</w:t>
      </w:r>
    </w:p>
    <w:p>
      <w:pPr>
        <w:spacing w:after="60"/>
      </w:pPr>
      <w:r>
        <w:t>3  Qualité accessibilité continuité et numérique éducatif  •  4 h</w:t>
      </w:r>
    </w:p>
    <w:p>
      <w:pPr>
        <w:spacing w:after="60"/>
      </w:pPr>
      <w:r>
        <w:t>4  Programmation dialogue avec le rectorat et évaluation  •  3 h</w:t>
      </w:r>
    </w:p>
    <w:p>
      <w:pPr>
        <w:spacing w:after="100"/>
      </w:pPr>
      <w:r>
        <w:rPr>
          <w:b/>
        </w:rPr>
        <w:t xml:space="preserve">Atelier et livrable  </w:t>
      </w:r>
      <w:r>
        <w:t>Construire un plan d’amélioration d’un lycée avec coûts responsabilités et indicateurs. Le livrable est discuté puis corrigé avec la grille commune. Le temps de production est inclus dans les séquences 3 et 4.</w:t>
      </w:r>
    </w:p>
    <w:p>
      <w:pPr>
        <w:spacing w:after="100"/>
      </w:pPr>
      <w:r>
        <w:rPr>
          <w:b/>
        </w:rPr>
        <w:t xml:space="preserve">Articulation et vigilance  </w:t>
      </w:r>
      <w:r>
        <w:t>R42 porte sur la maîtrise d’ouvrage R21 les projets énergétiques et R28 les litiges. Les responsabilités pédagogiques et immobilières sont distinguées.</w:t>
      </w:r>
    </w:p>
    <w:p>
      <w:pPr>
        <w:pStyle w:val="Heading2"/>
        <w:pageBreakBefore/>
      </w:pPr>
      <w:r>
        <w:t>R28  Prévenir et gérer les litiges des grands contrats régionaux</w:t>
      </w:r>
    </w:p>
    <w:p>
      <w:pPr>
        <w:spacing w:after="100"/>
      </w:pPr>
      <w:r>
        <w:rPr>
          <w:b/>
        </w:rPr>
        <w:t xml:space="preserve">Durée et public  </w:t>
      </w:r>
      <w:r>
        <w:t>7 h • Domaine 5 • Élus concernés par le sujet. Offre pédagogique rédigée, moyens à confirmer.</w:t>
      </w:r>
    </w:p>
    <w:p>
      <w:pPr>
        <w:spacing w:after="100"/>
      </w:pPr>
      <w:r>
        <w:rPr>
          <w:b/>
        </w:rPr>
        <w:t xml:space="preserve">Objectif évalué  </w:t>
      </w:r>
      <w:r>
        <w:t>Construire une chronologie de recours et un dossier de réclamation sur un contrat fictif.</w:t>
      </w:r>
    </w:p>
    <w:p>
      <w:pPr>
        <w:spacing w:after="60"/>
      </w:pPr>
      <w:r>
        <w:t>1  Qualification du contrat et juridiction  •  1,5 h</w:t>
      </w:r>
    </w:p>
    <w:p>
      <w:pPr>
        <w:spacing w:after="60"/>
      </w:pPr>
      <w:r>
        <w:t>2  Recours de passation recevabilité délais et urgence  •  2 h</w:t>
      </w:r>
    </w:p>
    <w:p>
      <w:pPr>
        <w:spacing w:after="60"/>
      </w:pPr>
      <w:r>
        <w:t>3  Exécution travaux responsabilité preuve et garanties  •  2 h</w:t>
      </w:r>
    </w:p>
    <w:p>
      <w:pPr>
        <w:spacing w:after="60"/>
      </w:pPr>
      <w:r>
        <w:t>4  Réclamation négociation règlement amiable et décision de recours  •  1,5 h</w:t>
      </w:r>
    </w:p>
    <w:p>
      <w:pPr>
        <w:spacing w:after="100"/>
      </w:pPr>
      <w:r>
        <w:rPr>
          <w:b/>
        </w:rPr>
        <w:t xml:space="preserve">Atelier et livrable  </w:t>
      </w:r>
      <w:r>
        <w:t>Construire une chronologie de recours et un dossier de réclamation sur un contrat fictif. Le livrable est discuté puis corrigé avec la grille commune. Le temps de production est inclus dans les séquences 3 et 4.</w:t>
      </w:r>
    </w:p>
    <w:p>
      <w:pPr>
        <w:spacing w:after="100"/>
      </w:pPr>
      <w:r>
        <w:rPr>
          <w:b/>
        </w:rPr>
        <w:t xml:space="preserve">Articulation et vigilance  </w:t>
      </w:r>
      <w:r>
        <w:t>Les conventions ferroviaires contrats de travaux et marchés de matériel ne sont pas soumis à un régime indifférencié. Arbitrage et clauses compromissoires ne sont pas proposés sans vérification de leur licéité pour une personne publique.</w:t>
      </w:r>
    </w:p>
    <w:p>
      <w:pPr>
        <w:pStyle w:val="Heading2"/>
      </w:pPr>
      <w:r>
        <w:t>R29  Coordonner les mobilités et l’intermodalité</w:t>
      </w:r>
    </w:p>
    <w:p>
      <w:pPr>
        <w:spacing w:after="100"/>
      </w:pPr>
      <w:r>
        <w:rPr>
          <w:b/>
        </w:rPr>
        <w:t xml:space="preserve">Durée et public  </w:t>
      </w:r>
      <w:r>
        <w:t>7 h • Domaine 3 • Élus concernés par le sujet. Offre pédagogique rédigée, moyens à confirmer.</w:t>
      </w:r>
    </w:p>
    <w:p>
      <w:pPr>
        <w:spacing w:after="100"/>
      </w:pPr>
      <w:r>
        <w:rPr>
          <w:b/>
        </w:rPr>
        <w:t xml:space="preserve">Objectif évalué  </w:t>
      </w:r>
      <w:r>
        <w:t>Construire une réponse intermodale avec responsabilités et critères de continuité.</w:t>
      </w:r>
    </w:p>
    <w:p>
      <w:pPr>
        <w:spacing w:after="60"/>
      </w:pPr>
      <w:r>
        <w:t>1  Bassins de mobilité région AOM et contrats de coopération  •  1,5 h</w:t>
      </w:r>
    </w:p>
    <w:p>
      <w:pPr>
        <w:spacing w:after="60"/>
      </w:pPr>
      <w:r>
        <w:t>2  Correspondances information billettique et accessibilité  •  2 h</w:t>
      </w:r>
    </w:p>
    <w:p>
      <w:pPr>
        <w:spacing w:after="60"/>
      </w:pPr>
      <w:r>
        <w:t>3  Pôles d’échange mobilité peu dense et partenariats  •  2 h</w:t>
      </w:r>
    </w:p>
    <w:p>
      <w:pPr>
        <w:spacing w:after="60"/>
      </w:pPr>
      <w:r>
        <w:t>4  Financement qualité et indicateurs de chaîne de déplacement  •  1,5 h</w:t>
      </w:r>
    </w:p>
    <w:p>
      <w:pPr>
        <w:spacing w:after="100"/>
      </w:pPr>
      <w:r>
        <w:rPr>
          <w:b/>
        </w:rPr>
        <w:t xml:space="preserve">Atelier et livrable  </w:t>
      </w:r>
      <w:r>
        <w:t>Construire une réponse intermodale avec responsabilités et critères de continuité. Le livrable est discuté puis corrigé avec la grille commune. Le temps de production est inclus dans les séquences 3 et 4.</w:t>
      </w:r>
    </w:p>
    <w:p>
      <w:pPr>
        <w:spacing w:after="100"/>
      </w:pPr>
      <w:r>
        <w:rPr>
          <w:b/>
        </w:rPr>
        <w:t xml:space="preserve">Articulation et vigilance  </w:t>
      </w:r>
      <w:r>
        <w:t>R26A traite les services et leurs contrats. Les outils de planification et schémas sont examinés dans leur articulation actuelle sans présumer un schéma autonome encore applicable à toute région.</w:t>
      </w:r>
    </w:p>
    <w:p>
      <w:pPr>
        <w:pStyle w:val="Heading2"/>
        <w:pageBreakBefore/>
      </w:pPr>
      <w:r>
        <w:t>R30  Gérer les fonds européens et préparer la programmation suivante</w:t>
      </w:r>
    </w:p>
    <w:p>
      <w:pPr>
        <w:spacing w:after="100"/>
      </w:pPr>
      <w:r>
        <w:rPr>
          <w:b/>
        </w:rPr>
        <w:t xml:space="preserve">Durée et public  </w:t>
      </w:r>
      <w:r>
        <w:t>14 h • Domaine 5 • Élus concernés par le sujet. Offre pédagogique rédigée, moyens à confirmer.</w:t>
      </w:r>
    </w:p>
    <w:p>
      <w:pPr>
        <w:spacing w:after="100"/>
      </w:pPr>
      <w:r>
        <w:rPr>
          <w:b/>
        </w:rPr>
        <w:t xml:space="preserve">Objectif évalué  </w:t>
      </w:r>
      <w:r>
        <w:t>Construire une piste d’audit et une note séparant règles acquises et hypothèses 2028 à 2034.</w:t>
      </w:r>
    </w:p>
    <w:p>
      <w:pPr>
        <w:spacing w:after="60"/>
      </w:pPr>
      <w:r>
        <w:t>1  Programme fonds territoire et rôle réel de la région  •  3 h</w:t>
      </w:r>
    </w:p>
    <w:p>
      <w:pPr>
        <w:spacing w:after="60"/>
      </w:pPr>
      <w:r>
        <w:t>2  Sélection instruction conventions et règles de cumul  •  4 h</w:t>
      </w:r>
    </w:p>
    <w:p>
      <w:pPr>
        <w:spacing w:after="60"/>
      </w:pPr>
      <w:r>
        <w:t>3  Vérifications piste d’audit corrections et récupérations  •  4 h</w:t>
      </w:r>
    </w:p>
    <w:p>
      <w:pPr>
        <w:spacing w:after="60"/>
      </w:pPr>
      <w:r>
        <w:t>4  Clôture de programmation et scénarios du cadre suivant  •  3 h</w:t>
      </w:r>
    </w:p>
    <w:p>
      <w:pPr>
        <w:spacing w:after="100"/>
      </w:pPr>
      <w:r>
        <w:rPr>
          <w:b/>
        </w:rPr>
        <w:t xml:space="preserve">Atelier et livrable  </w:t>
      </w:r>
      <w:r>
        <w:t>Construire une piste d’audit et une note séparant règles acquises et hypothèses 2028 à 2034. Le livrable est discuté puis corrigé avec la grille commune. Le temps de production est inclus dans les séquences 3 et 4.</w:t>
      </w:r>
    </w:p>
    <w:p>
      <w:pPr>
        <w:spacing w:after="100"/>
      </w:pPr>
      <w:r>
        <w:rPr>
          <w:b/>
        </w:rPr>
        <w:t xml:space="preserve">Articulation et vigilance  </w:t>
      </w:r>
      <w:r>
        <w:t>Distinguer autorité de gestion organisme intermédiaire et autres fonctions pour FEDER FSE plus FEADER FEAMPA FTJ et Interreg selon le programme. Les propositions du cadre financier européen suivant ne sont pas présentées comme une architecture définitivement adoptée.</w:t>
      </w:r>
    </w:p>
    <w:p>
      <w:pPr>
        <w:pStyle w:val="Heading2"/>
      </w:pPr>
      <w:r>
        <w:t>R31  Organiser une coopération internationale régionale</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Préparer une convention de coopération avec risques budget et indicateurs.</w:t>
      </w:r>
    </w:p>
    <w:p>
      <w:pPr>
        <w:spacing w:after="60"/>
      </w:pPr>
      <w:r>
        <w:t>1  Compétence cadre juridique et partenaires  •  1,5 h</w:t>
      </w:r>
    </w:p>
    <w:p>
      <w:pPr>
        <w:spacing w:after="60"/>
      </w:pPr>
      <w:r>
        <w:t>2  Convention objectifs gouvernance et coordination avec l’État  •  2 h</w:t>
      </w:r>
    </w:p>
    <w:p>
      <w:pPr>
        <w:spacing w:after="60"/>
      </w:pPr>
      <w:r>
        <w:t>3  Financements achats aides et risques  •  2 h</w:t>
      </w:r>
    </w:p>
    <w:p>
      <w:pPr>
        <w:spacing w:after="60"/>
      </w:pPr>
      <w:r>
        <w:t>4  Résultats transparence et suivi  •  1,5 h</w:t>
      </w:r>
    </w:p>
    <w:p>
      <w:pPr>
        <w:spacing w:after="100"/>
      </w:pPr>
      <w:r>
        <w:rPr>
          <w:b/>
        </w:rPr>
        <w:t xml:space="preserve">Atelier et livrable  </w:t>
      </w:r>
      <w:r>
        <w:t>Préparer une convention de coopération avec risques budget et indicateurs. Le livrable est discuté puis corrigé avec la grille commune. Le temps de production est inclus dans les séquences 3 et 4.</w:t>
      </w:r>
    </w:p>
    <w:p>
      <w:pPr>
        <w:spacing w:after="100"/>
      </w:pPr>
      <w:r>
        <w:rPr>
          <w:b/>
        </w:rPr>
        <w:t xml:space="preserve">Articulation et vigilance  </w:t>
      </w:r>
      <w:r>
        <w:t>Ni publication systématique au JOUE ni règle générale de un pour cent applicable à tout budget régional ne sont affirmées. Distinguer coopération décentralisée dispositifs sectoriels et diplomatie de l’État.</w:t>
      </w:r>
    </w:p>
    <w:p>
      <w:pPr>
        <w:pStyle w:val="Heading2"/>
        <w:pageBreakBefore/>
      </w:pPr>
      <w:r>
        <w:t>R32A  Piloter les politiques culturelles et le patrimoine</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Qualifier un projet culturel et préparer une convention avec critères de suivi.</w:t>
      </w:r>
    </w:p>
    <w:p>
      <w:pPr>
        <w:spacing w:after="60"/>
      </w:pPr>
      <w:r>
        <w:t>1  Compétence partagée État collectivités et opérateurs  •  1,5 h</w:t>
      </w:r>
    </w:p>
    <w:p>
      <w:pPr>
        <w:spacing w:after="60"/>
      </w:pPr>
      <w:r>
        <w:t>2  Soutien à la création patrimoine langues et projets  •  2 h</w:t>
      </w:r>
    </w:p>
    <w:p>
      <w:pPr>
        <w:spacing w:after="60"/>
      </w:pPr>
      <w:r>
        <w:t>3  Subventions contrats gouvernance et contrôle  •  2 h</w:t>
      </w:r>
    </w:p>
    <w:p>
      <w:pPr>
        <w:spacing w:after="60"/>
      </w:pPr>
      <w:r>
        <w:t>4  Accès équité territoriale et évaluation  •  1,5 h</w:t>
      </w:r>
    </w:p>
    <w:p>
      <w:pPr>
        <w:spacing w:after="100"/>
      </w:pPr>
      <w:r>
        <w:rPr>
          <w:b/>
        </w:rPr>
        <w:t xml:space="preserve">Atelier et livrable  </w:t>
      </w:r>
      <w:r>
        <w:t>Qualifier un projet culturel et préparer une convention avec critères de suivi. Le livrable est discuté puis corrigé avec la grille commune. Le temps de production est inclus dans les séquences 3 et 4.</w:t>
      </w:r>
    </w:p>
    <w:p>
      <w:pPr>
        <w:spacing w:after="100"/>
      </w:pPr>
      <w:r>
        <w:rPr>
          <w:b/>
        </w:rPr>
        <w:t xml:space="preserve">Articulation et vigilance  </w:t>
      </w:r>
      <w:r>
        <w:t>Scission de R32. Les archives musées et monuments ne sont pas présumés tous placés sous compétence exclusive régionale. R33 traite la stratégie touristique.</w:t>
      </w:r>
    </w:p>
    <w:p>
      <w:pPr>
        <w:pStyle w:val="Heading2"/>
      </w:pPr>
      <w:r>
        <w:t>R32B  Soutenir le sport et les équipements structurants</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Qualifier une demande de soutien et construire une grille d’instruction.</w:t>
      </w:r>
    </w:p>
    <w:p>
      <w:pPr>
        <w:spacing w:after="60"/>
      </w:pPr>
      <w:r>
        <w:t>1  Compétences partagées partenaires et choix d’intervention  •  1,5 h</w:t>
      </w:r>
    </w:p>
    <w:p>
      <w:pPr>
        <w:spacing w:after="60"/>
      </w:pPr>
      <w:r>
        <w:t>2  Clubs amateurs professionnels et équipements  •  2 h</w:t>
      </w:r>
    </w:p>
    <w:p>
      <w:pPr>
        <w:spacing w:after="60"/>
      </w:pPr>
      <w:r>
        <w:t>3  Aides commande publique conventions et risques  •  2 h</w:t>
      </w:r>
    </w:p>
    <w:p>
      <w:pPr>
        <w:spacing w:after="60"/>
      </w:pPr>
      <w:r>
        <w:t>4  Accessibilité usages coûts et suivi  •  1,5 h</w:t>
      </w:r>
    </w:p>
    <w:p>
      <w:pPr>
        <w:spacing w:after="100"/>
      </w:pPr>
      <w:r>
        <w:rPr>
          <w:b/>
        </w:rPr>
        <w:t xml:space="preserve">Atelier et livrable  </w:t>
      </w:r>
      <w:r>
        <w:t>Qualifier une demande de soutien et construire une grille d’instruction. Le livrable est discuté puis corrigé avec la grille commune. Le temps de production est inclus dans les séquences 3 et 4.</w:t>
      </w:r>
    </w:p>
    <w:p>
      <w:pPr>
        <w:spacing w:after="100"/>
      </w:pPr>
      <w:r>
        <w:rPr>
          <w:b/>
        </w:rPr>
        <w:t xml:space="preserve">Articulation et vigilance  </w:t>
      </w:r>
      <w:r>
        <w:t>Scission de R32. Les régimes d’aides aux clubs professionnels sont vérifiés sans référence à une loi non établie du premier mars 2024. Aucun effet durable des JOP n est présumé.</w:t>
      </w:r>
    </w:p>
    <w:p>
      <w:pPr>
        <w:pStyle w:val="Heading2"/>
        <w:pageBreakBefore/>
      </w:pPr>
      <w:r>
        <w:t>R33  Piloter une stratégie touristique régionale durable</w:t>
      </w:r>
    </w:p>
    <w:p>
      <w:pPr>
        <w:spacing w:after="100"/>
      </w:pPr>
      <w:r>
        <w:rPr>
          <w:b/>
        </w:rPr>
        <w:t xml:space="preserve">Durée et public  </w:t>
      </w:r>
      <w:r>
        <w:t>7 h • Domaine 3 • Élus concernés par le sujet. Offre pédagogique rédigée, moyens à confirmer.</w:t>
      </w:r>
    </w:p>
    <w:p>
      <w:pPr>
        <w:spacing w:after="100"/>
      </w:pPr>
      <w:r>
        <w:rPr>
          <w:b/>
        </w:rPr>
        <w:t xml:space="preserve">Objectif évalué  </w:t>
      </w:r>
      <w:r>
        <w:t>Construire une feuille de route touristique évitant les doublons entre niveaux.</w:t>
      </w:r>
    </w:p>
    <w:p>
      <w:pPr>
        <w:spacing w:after="60"/>
      </w:pPr>
      <w:r>
        <w:t>1  Compétences région département EPCI et acteurs  •  1,5 h</w:t>
      </w:r>
    </w:p>
    <w:p>
      <w:pPr>
        <w:spacing w:after="60"/>
      </w:pPr>
      <w:r>
        <w:t>2  Diagnostic schéma stratégie et coopération des destinations  •  2 h</w:t>
      </w:r>
    </w:p>
    <w:p>
      <w:pPr>
        <w:spacing w:after="60"/>
      </w:pPr>
      <w:r>
        <w:t>3  Résilience climatique investissements et outils de soutien  •  2 h</w:t>
      </w:r>
    </w:p>
    <w:p>
      <w:pPr>
        <w:spacing w:after="60"/>
      </w:pPr>
      <w:r>
        <w:t>4  Gouvernance coûts et indicateurs d’effet  •  1,5 h</w:t>
      </w:r>
    </w:p>
    <w:p>
      <w:pPr>
        <w:spacing w:after="100"/>
      </w:pPr>
      <w:r>
        <w:rPr>
          <w:b/>
        </w:rPr>
        <w:t xml:space="preserve">Atelier et livrable  </w:t>
      </w:r>
      <w:r>
        <w:t>Construire une feuille de route touristique évitant les doublons entre niveaux. Le livrable est discuté puis corrigé avec la grille commune. Le temps de production est inclus dans les séquences 3 et 4.</w:t>
      </w:r>
    </w:p>
    <w:p>
      <w:pPr>
        <w:spacing w:after="100"/>
      </w:pPr>
      <w:r>
        <w:rPr>
          <w:b/>
        </w:rPr>
        <w:t xml:space="preserve">Articulation et vigilance  </w:t>
      </w:r>
      <w:r>
        <w:t>R32A porte sur la culture. Les conditions des programmes européens et des dispositifs territoriaux sont vérifiées avant toute promesse de financement.</w:t>
      </w:r>
    </w:p>
    <w:p>
      <w:pPr>
        <w:pStyle w:val="Heading2"/>
      </w:pPr>
      <w:r>
        <w:t>R34  Organiser la participation et travailler avec le CESER</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Concevoir une consultation et un circuit de réponse aux contributions.</w:t>
      </w:r>
    </w:p>
    <w:p>
      <w:pPr>
        <w:spacing w:after="60"/>
      </w:pPr>
      <w:r>
        <w:t>1  Compétences décision et rôle consultatif du CESER  •  1,5 h</w:t>
      </w:r>
    </w:p>
    <w:p>
      <w:pPr>
        <w:spacing w:after="60"/>
      </w:pPr>
      <w:r>
        <w:t>2  Consultations contributions et modalités accessibles  •  2 h</w:t>
      </w:r>
    </w:p>
    <w:p>
      <w:pPr>
        <w:spacing w:after="60"/>
      </w:pPr>
      <w:r>
        <w:t>3  Articulation avec les territoires et traitement des propositions  •  2 h</w:t>
      </w:r>
    </w:p>
    <w:p>
      <w:pPr>
        <w:spacing w:after="60"/>
      </w:pPr>
      <w:r>
        <w:t>4  Restitution engagements et évaluation  •  1,5 h</w:t>
      </w:r>
    </w:p>
    <w:p>
      <w:pPr>
        <w:spacing w:after="100"/>
      </w:pPr>
      <w:r>
        <w:rPr>
          <w:b/>
        </w:rPr>
        <w:t xml:space="preserve">Atelier et livrable  </w:t>
      </w:r>
      <w:r>
        <w:t>Concevoir une consultation et un circuit de réponse aux contributions. Le livrable est discuté puis corrigé avec la grille commune. Le temps de production est inclus dans les séquences 3 et 4.</w:t>
      </w:r>
    </w:p>
    <w:p>
      <w:pPr>
        <w:spacing w:after="100"/>
      </w:pPr>
      <w:r>
        <w:rPr>
          <w:b/>
        </w:rPr>
        <w:t xml:space="preserve">Articulation et vigilance  </w:t>
      </w:r>
      <w:r>
        <w:t>Le CESER ne se substitue pas au conseil régional. Les outils numériques ne sont pas réputés contractuellement disponibles. Consultations et référendum sont qualifiés selon leurs conditions légales.</w:t>
      </w:r>
    </w:p>
    <w:p>
      <w:pPr>
        <w:pStyle w:val="Heading2"/>
        <w:pageBreakBefore/>
      </w:pPr>
      <w:r>
        <w:t>R35A  Gouverner les données et les usages régionaux de l’IA</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Évaluer un usage de l’IA sur des données fictives et rédiger une règle opérationnelle.</w:t>
      </w:r>
    </w:p>
    <w:p>
      <w:pPr>
        <w:spacing w:after="60"/>
      </w:pPr>
      <w:r>
        <w:t>1  Données responsabilités DPO RGPD et données ouvertes  •  1,5 h</w:t>
      </w:r>
    </w:p>
    <w:p>
      <w:pPr>
        <w:spacing w:after="60"/>
      </w:pPr>
      <w:r>
        <w:t>2  Usages de l’IA qualité biais droits et contrôle humain  •  2 h</w:t>
      </w:r>
    </w:p>
    <w:p>
      <w:pPr>
        <w:spacing w:after="60"/>
      </w:pPr>
      <w:r>
        <w:t>3  Choix des outils contrats et obligations selon le rôle  •  2 h</w:t>
      </w:r>
    </w:p>
    <w:p>
      <w:pPr>
        <w:spacing w:after="60"/>
      </w:pPr>
      <w:r>
        <w:t>4  Charte d’usage transparence et conduite du changement  •  1,5 h</w:t>
      </w:r>
    </w:p>
    <w:p>
      <w:pPr>
        <w:spacing w:after="100"/>
      </w:pPr>
      <w:r>
        <w:rPr>
          <w:b/>
        </w:rPr>
        <w:t xml:space="preserve">Atelier et livrable  </w:t>
      </w:r>
      <w:r>
        <w:t>Évaluer un usage de l’IA sur des données fictives et rédiger une règle opérationnelle. Le livrable est discuté puis corrigé avec la grille commune. Le temps de production est inclus dans les séquences 3 et 4.</w:t>
      </w:r>
    </w:p>
    <w:p>
      <w:pPr>
        <w:spacing w:after="100"/>
      </w:pPr>
      <w:r>
        <w:rPr>
          <w:b/>
        </w:rPr>
        <w:t xml:space="preserve">Articulation et vigilance  </w:t>
      </w:r>
      <w:r>
        <w:t>Scission de R35. Obligations européennes vérifiées selon le système le rôle et les dates applicables. Les aides aux personnes et données scolaires nécessitent une vigilance spécifique.</w:t>
      </w:r>
    </w:p>
    <w:p>
      <w:pPr>
        <w:pStyle w:val="Heading2"/>
      </w:pPr>
      <w:r>
        <w:t>R35B  Préparer la cybercontinuité régionale</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Simuler une attaque et prioriser les services à rétablir.</w:t>
      </w:r>
    </w:p>
    <w:p>
      <w:pPr>
        <w:spacing w:after="60"/>
      </w:pPr>
      <w:r>
        <w:t>1  Services critiques prestataires accès et sauvegardes  •  1,5 h</w:t>
      </w:r>
    </w:p>
    <w:p>
      <w:pPr>
        <w:spacing w:after="60"/>
      </w:pPr>
      <w:r>
        <w:t>2  Prévention coordination avec les établissements et responsabilités  •  2 h</w:t>
      </w:r>
    </w:p>
    <w:p>
      <w:pPr>
        <w:spacing w:after="60"/>
      </w:pPr>
      <w:r>
        <w:t>3  Gestion d’incident signalements et information  •  2 h</w:t>
      </w:r>
    </w:p>
    <w:p>
      <w:pPr>
        <w:spacing w:after="60"/>
      </w:pPr>
      <w:r>
        <w:t>4  Continuité restauration et exercice  •  1,5 h</w:t>
      </w:r>
    </w:p>
    <w:p>
      <w:pPr>
        <w:spacing w:after="100"/>
      </w:pPr>
      <w:r>
        <w:rPr>
          <w:b/>
        </w:rPr>
        <w:t xml:space="preserve">Atelier et livrable  </w:t>
      </w:r>
      <w:r>
        <w:t>Simuler une attaque et prioriser les services à rétablir. Le livrable est discuté puis corrigé avec la grille commune. Le temps de production est inclus dans les séquences 3 et 4.</w:t>
      </w:r>
    </w:p>
    <w:p>
      <w:pPr>
        <w:spacing w:after="100"/>
      </w:pPr>
      <w:r>
        <w:rPr>
          <w:b/>
        </w:rPr>
        <w:t xml:space="preserve">Articulation et vigilance  </w:t>
      </w:r>
      <w:r>
        <w:t>Scission de R35. Applicabilité de NIS 2 et des textes français vérifiée pour l’entité concernée. La fiche ne vaut pas audit technique de sécurité.</w:t>
      </w:r>
    </w:p>
    <w:p>
      <w:pPr>
        <w:pStyle w:val="Heading2"/>
        <w:pageBreakBefore/>
      </w:pPr>
      <w:r>
        <w:t>R35C  Piloter la connectivité et l’accès aux services numériques</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Construire une réponse territoriale à un défaut d’accès aux services numériques.</w:t>
      </w:r>
    </w:p>
    <w:p>
      <w:pPr>
        <w:spacing w:after="60"/>
      </w:pPr>
      <w:r>
        <w:t>1  Compétences aménagement numérique et partenaires des réseaux  •  1,5 h</w:t>
      </w:r>
    </w:p>
    <w:p>
      <w:pPr>
        <w:spacing w:after="60"/>
      </w:pPr>
      <w:r>
        <w:t>2  RIP accès aux infrastructures et continuité  •  2 h</w:t>
      </w:r>
    </w:p>
    <w:p>
      <w:pPr>
        <w:spacing w:after="60"/>
      </w:pPr>
      <w:r>
        <w:t>3  Accompagnement des publics et dématérialisation accessible  •  2 h</w:t>
      </w:r>
    </w:p>
    <w:p>
      <w:pPr>
        <w:spacing w:after="60"/>
      </w:pPr>
      <w:r>
        <w:t>4  Choix des interventions coûts et indicateurs  •  1,5 h</w:t>
      </w:r>
    </w:p>
    <w:p>
      <w:pPr>
        <w:spacing w:after="100"/>
      </w:pPr>
      <w:r>
        <w:rPr>
          <w:b/>
        </w:rPr>
        <w:t xml:space="preserve">Atelier et livrable  </w:t>
      </w:r>
      <w:r>
        <w:t>Construire une réponse territoriale à un défaut d’accès aux services numériques. Le livrable est discuté puis corrigé avec la grille commune. Le temps de production est inclus dans les séquences 3 et 4.</w:t>
      </w:r>
    </w:p>
    <w:p>
      <w:pPr>
        <w:spacing w:after="100"/>
      </w:pPr>
      <w:r>
        <w:rPr>
          <w:b/>
        </w:rPr>
        <w:t xml:space="preserve">Articulation et vigilance  </w:t>
      </w:r>
      <w:r>
        <w:t>Scission de R35. La région n est pas présumée titulaire de tout réseau ni compétente pour toutes les infrastructures. Couverture et engagements des opérateurs sont vérifiés localement.</w:t>
      </w:r>
    </w:p>
    <w:p>
      <w:pPr>
        <w:pStyle w:val="Heading2"/>
      </w:pPr>
      <w:r>
        <w:t>R36  Informer les habitants et prendre la parole à l’échelle régionale</w:t>
      </w:r>
    </w:p>
    <w:p>
      <w:pPr>
        <w:spacing w:after="100"/>
      </w:pPr>
      <w:r>
        <w:rPr>
          <w:b/>
        </w:rPr>
        <w:t xml:space="preserve">Durée et public  </w:t>
      </w:r>
      <w:r>
        <w:t>7 h • Domaine 4 • Élus concernés par le sujet. Offre pédagogique rédigée, moyens à confirmer.</w:t>
      </w:r>
    </w:p>
    <w:p>
      <w:pPr>
        <w:spacing w:after="100"/>
      </w:pPr>
      <w:r>
        <w:rPr>
          <w:b/>
        </w:rPr>
        <w:t xml:space="preserve">Objectif évalué  </w:t>
      </w:r>
      <w:r>
        <w:t>Présenter une décision régionale puis corriger une page d’information.</w:t>
      </w:r>
    </w:p>
    <w:p>
      <w:pPr>
        <w:spacing w:after="60"/>
      </w:pPr>
      <w:r>
        <w:t>1  Information institutionnelle obligations et accessibilité  •  1,5 h</w:t>
      </w:r>
    </w:p>
    <w:p>
      <w:pPr>
        <w:spacing w:after="60"/>
      </w:pPr>
      <w:r>
        <w:t>2  Relations presse médias et articulation des supports  •  2 h</w:t>
      </w:r>
    </w:p>
    <w:p>
      <w:pPr>
        <w:spacing w:after="60"/>
      </w:pPr>
      <w:r>
        <w:t>3  Prise de parole sur une décision complexe  •  2 h</w:t>
      </w:r>
    </w:p>
    <w:p>
      <w:pPr>
        <w:spacing w:after="60"/>
      </w:pPr>
      <w:r>
        <w:t>4  Validation des publications et gestion des controverses  •  1,5 h</w:t>
      </w:r>
    </w:p>
    <w:p>
      <w:pPr>
        <w:spacing w:after="100"/>
      </w:pPr>
      <w:r>
        <w:rPr>
          <w:b/>
        </w:rPr>
        <w:t xml:space="preserve">Atelier et livrable  </w:t>
      </w:r>
      <w:r>
        <w:t>Présenter une décision régionale puis corriger une page d’information. Le livrable est discuté puis corrigé avec la grille commune. Le temps de production est inclus dans les séquences 3 et 4.</w:t>
      </w:r>
    </w:p>
    <w:p>
      <w:pPr>
        <w:spacing w:after="100"/>
      </w:pPr>
      <w:r>
        <w:rPr>
          <w:b/>
        </w:rPr>
        <w:t xml:space="preserve">Articulation et vigilance  </w:t>
      </w:r>
      <w:r>
        <w:t>R34 traite la participation et R37B les règles préélectorales. La CNCCFP est une autorité de contrôle et non une juridiction produisant une jurisprudence au même titre qu une cour.</w:t>
      </w:r>
    </w:p>
    <w:p>
      <w:pPr>
        <w:pStyle w:val="Heading2"/>
        <w:pageBreakBefore/>
      </w:pPr>
      <w:r>
        <w:t>R37A  Évaluer le mandat régional et préparer la passation</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Produire une trame de bilan et un dossier de passation.</w:t>
      </w:r>
    </w:p>
    <w:p>
      <w:pPr>
        <w:spacing w:after="60"/>
      </w:pPr>
      <w:r>
        <w:t>1  Objectifs décisions réalisations et résultats  •  1,5 h</w:t>
      </w:r>
    </w:p>
    <w:p>
      <w:pPr>
        <w:spacing w:after="60"/>
      </w:pPr>
      <w:r>
        <w:t>2  Coûts données limites et restitution factuelle  •  2 h</w:t>
      </w:r>
    </w:p>
    <w:p>
      <w:pPr>
        <w:spacing w:after="60"/>
      </w:pPr>
      <w:r>
        <w:t>3  Dossiers contrats archives et engagements en cours  •  2 h</w:t>
      </w:r>
    </w:p>
    <w:p>
      <w:pPr>
        <w:spacing w:after="60"/>
      </w:pPr>
      <w:r>
        <w:t>4  Bilan étayé et continuité du service  •  1,5 h</w:t>
      </w:r>
    </w:p>
    <w:p>
      <w:pPr>
        <w:spacing w:after="100"/>
      </w:pPr>
      <w:r>
        <w:rPr>
          <w:b/>
        </w:rPr>
        <w:t xml:space="preserve">Atelier et livrable  </w:t>
      </w:r>
      <w:r>
        <w:t>Produire une trame de bilan et un dossier de passation. Le livrable est discuté puis corrigé avec la grille commune. Le temps de production est inclus dans les séquences 3 et 4.</w:t>
      </w:r>
    </w:p>
    <w:p>
      <w:pPr>
        <w:spacing w:after="100"/>
      </w:pPr>
      <w:r>
        <w:rPr>
          <w:b/>
        </w:rPr>
        <w:t xml:space="preserve">Articulation et vigilance  </w:t>
      </w:r>
      <w:r>
        <w:t>Scission de R37. La stratégie de réélection et la préparation des listes sont retirées du catalogue de formation au mandat. R41 approfondit les méthodes d’évaluation.</w:t>
      </w:r>
    </w:p>
    <w:p>
      <w:pPr>
        <w:pStyle w:val="Heading2"/>
      </w:pPr>
      <w:r>
        <w:t>R37B  Sécuriser la communication institutionnelle préélectorale</w:t>
      </w:r>
    </w:p>
    <w:p>
      <w:pPr>
        <w:spacing w:after="100"/>
      </w:pPr>
      <w:r>
        <w:rPr>
          <w:b/>
        </w:rPr>
        <w:t xml:space="preserve">Durée et public  </w:t>
      </w:r>
      <w:r>
        <w:t>7 h • Domaine 4 • Élus concernés par le sujet. Offre pédagogique rédigée, moyens à confirmer.</w:t>
      </w:r>
    </w:p>
    <w:p>
      <w:pPr>
        <w:spacing w:after="100"/>
      </w:pPr>
      <w:r>
        <w:rPr>
          <w:b/>
        </w:rPr>
        <w:t xml:space="preserve">Objectif évalué  </w:t>
      </w:r>
      <w:r>
        <w:t>Auditer un rapport de mandat une inauguration et une publication numérique.</w:t>
      </w:r>
    </w:p>
    <w:p>
      <w:pPr>
        <w:spacing w:after="60"/>
      </w:pPr>
      <w:r>
        <w:t>1  Droit électoral information institutionnelle et moyens publics  •  1,5 h</w:t>
      </w:r>
    </w:p>
    <w:p>
      <w:pPr>
        <w:spacing w:after="60"/>
      </w:pPr>
      <w:r>
        <w:t>2  Publications événements rapports et communication numérique  •  2 h</w:t>
      </w:r>
    </w:p>
    <w:p>
      <w:pPr>
        <w:spacing w:after="60"/>
      </w:pPr>
      <w:r>
        <w:t>3  Contrôle des dépenses et rôle de la CNCCFP  •  2 h</w:t>
      </w:r>
    </w:p>
    <w:p>
      <w:pPr>
        <w:spacing w:after="60"/>
      </w:pPr>
      <w:r>
        <w:t>4  Audit des pratiques et corrections  •  1,5 h</w:t>
      </w:r>
    </w:p>
    <w:p>
      <w:pPr>
        <w:spacing w:after="100"/>
      </w:pPr>
      <w:r>
        <w:rPr>
          <w:b/>
        </w:rPr>
        <w:t xml:space="preserve">Atelier et livrable  </w:t>
      </w:r>
      <w:r>
        <w:t>Auditer un rapport de mandat une inauguration et une publication numérique. Le livrable est discuté puis corrigé avec la grille commune. Le temps de production est inclus dans les séquences 3 et 4.</w:t>
      </w:r>
    </w:p>
    <w:p>
      <w:pPr>
        <w:spacing w:after="100"/>
      </w:pPr>
      <w:r>
        <w:rPr>
          <w:b/>
        </w:rPr>
        <w:t xml:space="preserve">Articulation et vigilance  </w:t>
      </w:r>
      <w:r>
        <w:t>Scission de R37. Formation à la légalité sans stratégie de campagne. Le Conseil d’État connaît du contentieux des élections régionales selon le code électoral sans confusion avec le contrôle administratif des comptes.</w:t>
      </w:r>
    </w:p>
    <w:p>
      <w:pPr>
        <w:pStyle w:val="Heading2"/>
        <w:pageBreakBefore/>
      </w:pPr>
      <w:r>
        <w:t>R38  Préparer la transition professionnelle après le mandat</w:t>
      </w:r>
    </w:p>
    <w:p>
      <w:pPr>
        <w:spacing w:after="100"/>
      </w:pPr>
      <w:r>
        <w:rPr>
          <w:b/>
        </w:rPr>
        <w:t xml:space="preserve">Durée et public  </w:t>
      </w:r>
      <w:r>
        <w:t>7 h • Orientation professionnelle hors répertoire du mandat • Élus concernés par le sujet. Offre pédagogique rédigée, moyens à confirmer.</w:t>
      </w:r>
    </w:p>
    <w:p>
      <w:pPr>
        <w:spacing w:after="100"/>
      </w:pPr>
      <w:r>
        <w:rPr>
          <w:b/>
        </w:rPr>
        <w:t xml:space="preserve">Objectif évalué  </w:t>
      </w:r>
      <w:r>
        <w:t>Construire un portefeuille de compétences et une feuille de démarches.</w:t>
      </w:r>
    </w:p>
    <w:p>
      <w:pPr>
        <w:spacing w:after="60"/>
      </w:pPr>
      <w:r>
        <w:t>1  Compétences exercées et preuves de réalisation  •  1,5 h</w:t>
      </w:r>
    </w:p>
    <w:p>
      <w:pPr>
        <w:spacing w:after="60"/>
      </w:pPr>
      <w:r>
        <w:t>2  Droits conditions interlocuteurs et démarches  •  2 h</w:t>
      </w:r>
    </w:p>
    <w:p>
      <w:pPr>
        <w:spacing w:after="60"/>
      </w:pPr>
      <w:r>
        <w:t>3  Projet professionnel VAE et formations possibles  •  2 h</w:t>
      </w:r>
    </w:p>
    <w:p>
      <w:pPr>
        <w:spacing w:after="60"/>
      </w:pPr>
      <w:r>
        <w:t>4  Plan de transition calendrier et accompagnement  •  1,5 h</w:t>
      </w:r>
    </w:p>
    <w:p>
      <w:pPr>
        <w:spacing w:after="100"/>
      </w:pPr>
      <w:r>
        <w:rPr>
          <w:b/>
        </w:rPr>
        <w:t xml:space="preserve">Atelier et livrable  </w:t>
      </w:r>
      <w:r>
        <w:t>Construire un portefeuille de compétences et une feuille de démarches. Le livrable est discuté puis corrigé avec la grille commune. Le temps de production est inclus dans les séquences 3 et 4.</w:t>
      </w:r>
    </w:p>
    <w:p>
      <w:pPr>
        <w:spacing w:after="100"/>
      </w:pPr>
      <w:r>
        <w:rPr>
          <w:b/>
        </w:rPr>
        <w:t xml:space="preserve">Articulation et vigilance  </w:t>
      </w:r>
      <w:r>
        <w:t>Action d’orientation hors répertoire du mandat distincte d’un bilan de compétences réglementé. Aucun financement DIFE CPF allocation ni accompagnement psychologique n est promis sans conditions vérifiées.</w:t>
      </w:r>
    </w:p>
    <w:p>
      <w:pPr>
        <w:pStyle w:val="Heading2"/>
      </w:pPr>
      <w:r>
        <w:t>R39  Décider en matière de dette et de financement obligataire</w:t>
      </w:r>
    </w:p>
    <w:p>
      <w:pPr>
        <w:spacing w:after="100"/>
      </w:pPr>
      <w:r>
        <w:rPr>
          <w:b/>
        </w:rPr>
        <w:t xml:space="preserve">Durée et public  </w:t>
      </w:r>
      <w:r>
        <w:t>7 h • Domaine 5 • Élus concernés par le sujet. Offre pédagogique rédigée, moyens à confirmer.</w:t>
      </w:r>
    </w:p>
    <w:p>
      <w:pPr>
        <w:spacing w:after="100"/>
      </w:pPr>
      <w:r>
        <w:rPr>
          <w:b/>
        </w:rPr>
        <w:t xml:space="preserve">Objectif évalué  </w:t>
      </w:r>
      <w:r>
        <w:t>Comparer trois options de financement avec indemnités et risques.</w:t>
      </w:r>
    </w:p>
    <w:p>
      <w:pPr>
        <w:spacing w:after="60"/>
      </w:pPr>
      <w:r>
        <w:t>1  Portefeuille contrats échéances et risques  •  1,5 h</w:t>
      </w:r>
    </w:p>
    <w:p>
      <w:pPr>
        <w:spacing w:after="60"/>
      </w:pPr>
      <w:r>
        <w:t>2  Conservation renégociation refinancement et liquidité  •  2 h</w:t>
      </w:r>
    </w:p>
    <w:p>
      <w:pPr>
        <w:spacing w:after="60"/>
      </w:pPr>
      <w:r>
        <w:t>3  Émissions financement bancaire garanties et instruments de couverture  •  2 h</w:t>
      </w:r>
    </w:p>
    <w:p>
      <w:pPr>
        <w:spacing w:after="60"/>
      </w:pPr>
      <w:r>
        <w:t>4  Coût total sensibilité et traçabilité  •  1,5 h</w:t>
      </w:r>
    </w:p>
    <w:p>
      <w:pPr>
        <w:spacing w:after="100"/>
      </w:pPr>
      <w:r>
        <w:rPr>
          <w:b/>
        </w:rPr>
        <w:t xml:space="preserve">Atelier et livrable  </w:t>
      </w:r>
      <w:r>
        <w:t>Comparer trois options de financement avec indemnités et risques. Le livrable est discuté puis corrigé avec la grille commune. Le temps de production est inclus dans les séquences 3 et 4.</w:t>
      </w:r>
    </w:p>
    <w:p>
      <w:pPr>
        <w:spacing w:after="100"/>
      </w:pPr>
      <w:r>
        <w:rPr>
          <w:b/>
        </w:rPr>
        <w:t xml:space="preserve">Articulation et vigilance  </w:t>
      </w:r>
      <w:r>
        <w:t>Ajout extrait de R14. Connaissance du budget ou suivi de R14 recommandé. R23 approfondit les instruments de transition. Aucun gain de refinancement n est garanti.</w:t>
      </w:r>
    </w:p>
    <w:p>
      <w:pPr>
        <w:pStyle w:val="Heading2"/>
        <w:pageBreakBefore/>
      </w:pPr>
      <w:r>
        <w:t>R40  Prévenir les conflits d’intérêts de l’élu régional</w:t>
      </w:r>
    </w:p>
    <w:p>
      <w:pPr>
        <w:spacing w:after="100"/>
      </w:pPr>
      <w:r>
        <w:rPr>
          <w:b/>
        </w:rPr>
        <w:t xml:space="preserve">Durée et public  </w:t>
      </w:r>
      <w:r>
        <w:t>7 h • Domaine 1 • Élus concernés par le sujet. Offre pédagogique rédigée, moyens à confirmer.</w:t>
      </w:r>
    </w:p>
    <w:p>
      <w:pPr>
        <w:spacing w:after="100"/>
      </w:pPr>
      <w:r>
        <w:rPr>
          <w:b/>
        </w:rPr>
        <w:t xml:space="preserve">Objectif évalué  </w:t>
      </w:r>
      <w:r>
        <w:t>Analyser quatre situations puis rédiger une procédure de déport.</w:t>
      </w:r>
    </w:p>
    <w:p>
      <w:pPr>
        <w:spacing w:after="60"/>
      </w:pPr>
      <w:r>
        <w:t>1  Intérêts représentations aides et situations à risque  •  1,5 h</w:t>
      </w:r>
    </w:p>
    <w:p>
      <w:pPr>
        <w:spacing w:after="60"/>
      </w:pPr>
      <w:r>
        <w:t>2  Déclarations selon les fonctions et référent déontologue  •  2 h</w:t>
      </w:r>
    </w:p>
    <w:p>
      <w:pPr>
        <w:spacing w:after="60"/>
      </w:pPr>
      <w:r>
        <w:t>3  Déport substitution et cas de représentation  •  2 h</w:t>
      </w:r>
    </w:p>
    <w:p>
      <w:pPr>
        <w:spacing w:after="60"/>
      </w:pPr>
      <w:r>
        <w:t>4  Cadeaux invitations et conservation des preuves  •  1,5 h</w:t>
      </w:r>
    </w:p>
    <w:p>
      <w:pPr>
        <w:spacing w:after="100"/>
      </w:pPr>
      <w:r>
        <w:rPr>
          <w:b/>
        </w:rPr>
        <w:t xml:space="preserve">Atelier et livrable  </w:t>
      </w:r>
      <w:r>
        <w:t>Analyser quatre situations puis rédiger une procédure de déport. Le livrable est discuté puis corrigé avec la grille commune. Le temps de production est inclus dans les séquences 3 et 4.</w:t>
      </w:r>
    </w:p>
    <w:p>
      <w:pPr>
        <w:spacing w:after="100"/>
      </w:pPr>
      <w:r>
        <w:rPr>
          <w:b/>
        </w:rPr>
        <w:t xml:space="preserve">Articulation et vigilance  </w:t>
      </w:r>
      <w:r>
        <w:t>Ajout extrait de R2. CGCT L1111 6 et exceptions sont examinés dans leur version actuelle. R18 traite le dispositif organisationnel de probité.</w:t>
      </w:r>
    </w:p>
    <w:p>
      <w:pPr>
        <w:pStyle w:val="Heading2"/>
      </w:pPr>
      <w:r>
        <w:t>R41  Évaluer les politiques régionales</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Évaluer un dispositif fictif et justifier trois améliorations et leurs limites.</w:t>
      </w:r>
    </w:p>
    <w:p>
      <w:pPr>
        <w:spacing w:after="60"/>
      </w:pPr>
      <w:r>
        <w:t>1  Question évaluative objectifs et résultats attendus  •  1,5 h</w:t>
      </w:r>
    </w:p>
    <w:p>
      <w:pPr>
        <w:spacing w:after="60"/>
      </w:pPr>
      <w:r>
        <w:t>2  Données indicateurs effets et limites d’attribution  •  2 h</w:t>
      </w:r>
    </w:p>
    <w:p>
      <w:pPr>
        <w:spacing w:after="60"/>
      </w:pPr>
      <w:r>
        <w:t>3  Coûts comparaison équité et impacts territoriaux  •  2 h</w:t>
      </w:r>
    </w:p>
    <w:p>
      <w:pPr>
        <w:spacing w:after="60"/>
      </w:pPr>
      <w:r>
        <w:t>4  Recommandations arbitrages et suivi  •  1,5 h</w:t>
      </w:r>
    </w:p>
    <w:p>
      <w:pPr>
        <w:spacing w:after="100"/>
      </w:pPr>
      <w:r>
        <w:rPr>
          <w:b/>
        </w:rPr>
        <w:t xml:space="preserve">Atelier et livrable  </w:t>
      </w:r>
      <w:r>
        <w:t>Évaluer un dispositif fictif et justifier trois améliorations et leurs limites. Le livrable est discuté puis corrigé avec la grille commune. Le temps de production est inclus dans les séquences 3 et 4.</w:t>
      </w:r>
    </w:p>
    <w:p>
      <w:pPr>
        <w:spacing w:after="100"/>
      </w:pPr>
      <w:r>
        <w:rPr>
          <w:b/>
        </w:rPr>
        <w:t xml:space="preserve">Articulation et vigilance  </w:t>
      </w:r>
      <w:r>
        <w:t>Ajout transversal. R8 R10A et R30 utilisent les résultats dans leurs politiques respectives. R37A assemble le bilan du mandat.</w:t>
      </w:r>
    </w:p>
    <w:p>
      <w:pPr>
        <w:pStyle w:val="Heading2"/>
        <w:pageBreakBefore/>
      </w:pPr>
      <w:r>
        <w:t>R42  Exercer la maîtrise d’ouvrage régionale</w:t>
      </w:r>
    </w:p>
    <w:p>
      <w:pPr>
        <w:spacing w:after="100"/>
      </w:pPr>
      <w:r>
        <w:rPr>
          <w:b/>
        </w:rPr>
        <w:t xml:space="preserve">Durée et public  </w:t>
      </w:r>
      <w:r>
        <w:t>14 h • Domaine 3 • Élus concernés par le sujet. Offre pédagogique rédigée, moyens à confirmer.</w:t>
      </w:r>
    </w:p>
    <w:p>
      <w:pPr>
        <w:spacing w:after="100"/>
      </w:pPr>
      <w:r>
        <w:rPr>
          <w:b/>
        </w:rPr>
        <w:t xml:space="preserve">Objectif évalué  </w:t>
      </w:r>
      <w:r>
        <w:t>Construire un programme de lycée ou d’équipement et sa matrice des risques.</w:t>
      </w:r>
    </w:p>
    <w:p>
      <w:pPr>
        <w:spacing w:after="60"/>
      </w:pPr>
      <w:r>
        <w:t>1  Besoin programme coût global et décision d’investissement  •  3 h</w:t>
      </w:r>
    </w:p>
    <w:p>
      <w:pPr>
        <w:spacing w:after="60"/>
      </w:pPr>
      <w:r>
        <w:t>2  AMO maîtrise d œuvre qualification des contrats et responsabilités  •  4 h</w:t>
      </w:r>
    </w:p>
    <w:p>
      <w:pPr>
        <w:spacing w:after="60"/>
      </w:pPr>
      <w:r>
        <w:t>3  Pilotage coûts délais risques et gouvernance  •  4 h</w:t>
      </w:r>
    </w:p>
    <w:p>
      <w:pPr>
        <w:spacing w:after="60"/>
      </w:pPr>
      <w:r>
        <w:t>4  Réception garanties exploitation et retour d’expérience  •  3 h</w:t>
      </w:r>
    </w:p>
    <w:p>
      <w:pPr>
        <w:spacing w:after="100"/>
      </w:pPr>
      <w:r>
        <w:rPr>
          <w:b/>
        </w:rPr>
        <w:t xml:space="preserve">Atelier et livrable  </w:t>
      </w:r>
      <w:r>
        <w:t>Construire un programme de lycée ou d’équipement et sa matrice des risques. Le livrable est discuté puis corrigé avec la grille commune. Le temps de production est inclus dans les séquences 3 et 4.</w:t>
      </w:r>
    </w:p>
    <w:p>
      <w:pPr>
        <w:spacing w:after="100"/>
      </w:pPr>
      <w:r>
        <w:rPr>
          <w:b/>
        </w:rPr>
        <w:t xml:space="preserve">Articulation et vigilance  </w:t>
      </w:r>
      <w:r>
        <w:t>Ajout pour éviter de disperser les mêmes méthodes entre lycées énergie et infrastructures. R17 traite l’achat R19 le foncier et R28 les litiges.</w:t>
      </w:r>
    </w:p>
    <w:p>
      <w:pPr>
        <w:pStyle w:val="Heading2"/>
      </w:pPr>
      <w:r>
        <w:t>R43  Exercer la fonction d’élu employeur régional</w:t>
      </w:r>
    </w:p>
    <w:p>
      <w:pPr>
        <w:spacing w:after="100"/>
      </w:pPr>
      <w:r>
        <w:rPr>
          <w:b/>
        </w:rPr>
        <w:t xml:space="preserve">Durée et public  </w:t>
      </w:r>
      <w:r>
        <w:t>7 h • Domaine 6 • Élus concernés par le sujet. Offre pédagogique rédigée, moyens à confirmer.</w:t>
      </w:r>
    </w:p>
    <w:p>
      <w:pPr>
        <w:spacing w:after="100"/>
      </w:pPr>
      <w:r>
        <w:rPr>
          <w:b/>
        </w:rPr>
        <w:t xml:space="preserve">Objectif évalué  </w:t>
      </w:r>
      <w:r>
        <w:t>Construire un plan de réponse à une tension de recrutement avec rôles et indicateurs.</w:t>
      </w:r>
    </w:p>
    <w:p>
      <w:pPr>
        <w:spacing w:after="60"/>
      </w:pPr>
      <w:r>
        <w:t>1  Autorité territoriale direction délégations et encadrement  •  1,5 h</w:t>
      </w:r>
    </w:p>
    <w:p>
      <w:pPr>
        <w:spacing w:after="60"/>
      </w:pPr>
      <w:r>
        <w:t>2  Stratégie RH recrutement et organisation  •  2 h</w:t>
      </w:r>
    </w:p>
    <w:p>
      <w:pPr>
        <w:spacing w:after="60"/>
      </w:pPr>
      <w:r>
        <w:t>3  Dialogue social prévention attractivité et relations avec les EPLE  •  2 h</w:t>
      </w:r>
    </w:p>
    <w:p>
      <w:pPr>
        <w:spacing w:after="60"/>
      </w:pPr>
      <w:r>
        <w:t>4  Décisions suivi et continuité des services  •  1,5 h</w:t>
      </w:r>
    </w:p>
    <w:p>
      <w:pPr>
        <w:spacing w:after="100"/>
      </w:pPr>
      <w:r>
        <w:rPr>
          <w:b/>
        </w:rPr>
        <w:t xml:space="preserve">Atelier et livrable  </w:t>
      </w:r>
      <w:r>
        <w:t>Construire un plan de réponse à une tension de recrutement avec rôles et indicateurs. Le livrable est discuté puis corrigé avec la grille commune. Le temps de production est inclus dans les séquences 3 et 4.</w:t>
      </w:r>
    </w:p>
    <w:p>
      <w:pPr>
        <w:spacing w:after="100"/>
      </w:pPr>
      <w:r>
        <w:rPr>
          <w:b/>
        </w:rPr>
        <w:t xml:space="preserve">Articulation et vigilance  </w:t>
      </w:r>
      <w:r>
        <w:t>Ajout. Le conseiller sans délégation n exerce pas les pouvoirs propres du président. Les agents régionaux et les personnels de l’État sont distingués.</w:t>
      </w:r>
    </w:p>
    <w:p>
      <w:pPr>
        <w:pStyle w:val="Heading2"/>
        <w:pageBreakBefore/>
      </w:pPr>
      <w:r>
        <w:t>R44  Accompagner l’agriculture l’alimentation et la forêt</w:t>
      </w:r>
    </w:p>
    <w:p>
      <w:pPr>
        <w:spacing w:after="100"/>
      </w:pPr>
      <w:r>
        <w:rPr>
          <w:b/>
        </w:rPr>
        <w:t xml:space="preserve">Durée et public  </w:t>
      </w:r>
      <w:r>
        <w:t>7 h • Domaine 3 • Élus concernés par le sujet. Offre pédagogique rédigée, moyens à confirmer.</w:t>
      </w:r>
    </w:p>
    <w:p>
      <w:pPr>
        <w:spacing w:after="100"/>
      </w:pPr>
      <w:r>
        <w:rPr>
          <w:b/>
        </w:rPr>
        <w:t xml:space="preserve">Objectif évalué  </w:t>
      </w:r>
      <w:r>
        <w:t>Construire une intervention de filière avec compétence financement et critères d’effet.</w:t>
      </w:r>
    </w:p>
    <w:p>
      <w:pPr>
        <w:spacing w:after="60"/>
      </w:pPr>
      <w:r>
        <w:t>1  Compétences régionales État acteurs et cadres européens  •  1,5 h</w:t>
      </w:r>
    </w:p>
    <w:p>
      <w:pPr>
        <w:spacing w:after="60"/>
      </w:pPr>
      <w:r>
        <w:t>2  Besoins des filières transition et risques territoriaux  •  2 h</w:t>
      </w:r>
    </w:p>
    <w:p>
      <w:pPr>
        <w:spacing w:after="60"/>
      </w:pPr>
      <w:r>
        <w:t>3  Aides développement rural FEADER et partenariats  •  2 h</w:t>
      </w:r>
    </w:p>
    <w:p>
      <w:pPr>
        <w:spacing w:after="60"/>
      </w:pPr>
      <w:r>
        <w:t>4  Choix des interventions contrôle et évaluation  •  1,5 h</w:t>
      </w:r>
    </w:p>
    <w:p>
      <w:pPr>
        <w:spacing w:after="100"/>
      </w:pPr>
      <w:r>
        <w:rPr>
          <w:b/>
        </w:rPr>
        <w:t xml:space="preserve">Atelier et livrable  </w:t>
      </w:r>
      <w:r>
        <w:t>Construire une intervention de filière avec compétence financement et critères d’effet. Le livrable est discuté puis corrigé avec la grille commune. Le temps de production est inclus dans les séquences 3 et 4.</w:t>
      </w:r>
    </w:p>
    <w:p>
      <w:pPr>
        <w:spacing w:after="100"/>
      </w:pPr>
      <w:r>
        <w:rPr>
          <w:b/>
        </w:rPr>
        <w:t xml:space="preserve">Articulation et vigilance  </w:t>
      </w:r>
      <w:r>
        <w:t>Ajout sectoriel. Distinguer les responsabilités dans le FEADER et le plan stratégique de la PAC. Réglementation sanitaire police forestière et autorisations environnementales ne sont pas attribuées globalement à la région.</w:t>
      </w:r>
    </w:p>
    <w:p>
      <w:pPr>
        <w:pStyle w:val="Heading1"/>
        <w:pageBreakBefore/>
      </w:pPr>
      <w:r>
        <w:t>Parcours et conditions financières</w:t>
      </w:r>
    </w:p>
    <w:p>
      <w:pPr>
        <w:pStyle w:val="Heading2"/>
      </w:pPr>
      <w:r>
        <w:t>Sélections recommandées</w:t>
      </w:r>
    </w:p>
    <w:tbl>
      <w:tblPr>
        <w:tblW w:type="auto" w:w="0"/>
        <w:tblLayout w:type="fixed"/>
        <w:tblLook w:firstColumn="1" w:firstRow="1" w:lastColumn="0" w:lastRow="0" w:noHBand="0" w:noVBand="1" w:val="04A0"/>
      </w:tblPr>
      <w:tblGrid>
        <w:gridCol w:w="3061"/>
        <w:gridCol w:w="5953"/>
        <w:gridCol w:w="1134"/>
      </w:tblGrid>
      <w:tr>
        <w:trPr>
          <w:tblHeader/>
          <w:cantSplit/>
        </w:trPr>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Sélection</w:t>
            </w:r>
          </w:p>
        </w:tc>
        <w:tc>
          <w:tcPr>
            <w:tcW w:type="dxa" w:w="595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pPr>
            <w:r>
              <w:rPr>
                <w:b/>
                <w:sz w:val="18"/>
              </w:rPr>
              <w:t>Modules</w:t>
            </w:r>
          </w:p>
        </w:tc>
        <w:tc>
          <w:tcPr>
            <w:tcW w:type="dxa" w:w="113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Heures</w:t>
            </w:r>
          </w:p>
        </w:tc>
      </w:tr>
      <w:tr>
        <w:trPr>
          <w:cantSplit/>
        </w:trPr>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Installation</w:t>
            </w:r>
          </w:p>
        </w:tc>
        <w:tc>
          <w:tcPr>
            <w:tcW w:type="dxa" w:w="595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R1 • R2 • R3 • R40 • R14</w:t>
            </w:r>
          </w:p>
        </w:tc>
        <w:tc>
          <w:tcPr>
            <w:tcW w:type="dxa" w:w="113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49</w:t>
            </w:r>
          </w:p>
        </w:tc>
      </w:tr>
      <w:tr>
        <w:trPr>
          <w:cantSplit/>
        </w:trPr>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Économie et compétences</w:t>
            </w:r>
          </w:p>
        </w:tc>
        <w:tc>
          <w:tcPr>
            <w:tcW w:type="dxa" w:w="595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R8 • R9 • R10A • R10B • R11</w:t>
            </w:r>
          </w:p>
        </w:tc>
        <w:tc>
          <w:tcPr>
            <w:tcW w:type="dxa" w:w="113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42</w:t>
            </w:r>
          </w:p>
        </w:tc>
      </w:tr>
      <w:tr>
        <w:trPr>
          <w:cantSplit/>
        </w:trPr>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Projets et patrimoine</w:t>
            </w:r>
          </w:p>
        </w:tc>
        <w:tc>
          <w:tcPr>
            <w:tcW w:type="dxa" w:w="595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R42 • R17 • R27 • R21</w:t>
            </w:r>
          </w:p>
        </w:tc>
        <w:tc>
          <w:tcPr>
            <w:tcW w:type="dxa" w:w="113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49</w:t>
            </w:r>
          </w:p>
        </w:tc>
      </w:tr>
      <w:tr>
        <w:trPr>
          <w:cantSplit/>
        </w:trPr>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Planification et transition</w:t>
            </w:r>
          </w:p>
        </w:tc>
        <w:tc>
          <w:tcPr>
            <w:tcW w:type="dxa" w:w="595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R20 • R24 • R25 • R44</w:t>
            </w:r>
          </w:p>
        </w:tc>
        <w:tc>
          <w:tcPr>
            <w:tcW w:type="dxa" w:w="113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35</w:t>
            </w:r>
          </w:p>
        </w:tc>
      </w:tr>
      <w:tr>
        <w:trPr>
          <w:cantSplit/>
        </w:trPr>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Évaluation et passation</w:t>
            </w:r>
          </w:p>
        </w:tc>
        <w:tc>
          <w:tcPr>
            <w:tcW w:type="dxa" w:w="595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R41 • R37A • R37B</w:t>
            </w:r>
          </w:p>
        </w:tc>
        <w:tc>
          <w:tcPr>
            <w:tcW w:type="dxa" w:w="113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21</w:t>
            </w:r>
          </w:p>
        </w:tc>
      </w:tr>
    </w:tbl>
    <w:p>
      <w:r>
        <w:t>Un positionnement initial permet de retirer les modules déjà maîtrisés. Les mêmes acquis ne sont pas facturés à nouveau lors du passage du socle à un approfondissement. Les sujets communaux, ruraux, intercommunaux et départementaux mobilisent des contenus communs lorsque l’objectif est identique, avec des cas adaptés à la collectivité et des codes propres à chaque sélection.</w:t>
      </w:r>
    </w:p>
    <w:p>
      <w:pPr>
        <w:pStyle w:val="Heading2"/>
      </w:pPr>
      <w:r>
        <w:t>Tarifs indicatifs issus des documents fournis</w:t>
      </w:r>
    </w:p>
    <w:tbl>
      <w:tblPr>
        <w:tblW w:type="auto" w:w="0"/>
        <w:tblLayout w:type="fixed"/>
        <w:tblLook w:firstColumn="1" w:firstRow="1" w:lastColumn="0" w:lastRow="0" w:noHBand="0" w:noVBand="1" w:val="04A0"/>
      </w:tblPr>
      <w:tblGrid>
        <w:gridCol w:w="4082"/>
        <w:gridCol w:w="850"/>
        <w:gridCol w:w="2665"/>
        <w:gridCol w:w="2551"/>
      </w:tblGrid>
      <w:tr>
        <w:trPr>
          <w:tblHeader/>
          <w:cantSplit/>
        </w:trPr>
        <w:tc>
          <w:tcPr>
            <w:tcW w:type="dxa" w:w="408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Offre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pPr>
            <w:r>
              <w:rPr>
                <w:b/>
                <w:sz w:val="18"/>
              </w:rPr>
              <w:t>Heures</w:t>
            </w:r>
          </w:p>
        </w:tc>
        <w:tc>
          <w:tcPr>
            <w:tcW w:type="dxa" w:w="266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pPr>
            <w:r>
              <w:rPr>
                <w:b/>
                <w:sz w:val="18"/>
              </w:rPr>
              <w:t>Euros HT par élu</w:t>
            </w:r>
          </w:p>
        </w:tc>
        <w:tc>
          <w:tcPr>
            <w:tcW w:type="dxa" w:w="255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Euros HT par heure</w:t>
            </w:r>
          </w:p>
        </w:tc>
      </w:tr>
      <w:tr>
        <w:trPr>
          <w:cantSplit/>
        </w:trPr>
        <w:tc>
          <w:tcPr>
            <w:tcW w:type="dxa" w:w="408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R1 et R14 socles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266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840</w:t>
            </w:r>
          </w:p>
        </w:tc>
        <w:tc>
          <w:tcPr>
            <w:tcW w:type="dxa" w:w="255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60</w:t>
            </w:r>
          </w:p>
        </w:tc>
      </w:tr>
      <w:tr>
        <w:trPr>
          <w:cantSplit/>
        </w:trPr>
        <w:tc>
          <w:tcPr>
            <w:tcW w:type="dxa" w:w="408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Option du socle et R39 dette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266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420</w:t>
            </w:r>
          </w:p>
        </w:tc>
        <w:tc>
          <w:tcPr>
            <w:tcW w:type="dxa" w:w="255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60</w:t>
            </w:r>
          </w:p>
        </w:tc>
      </w:tr>
      <w:tr>
        <w:trPr>
          <w:cantSplit/>
        </w:trPr>
        <w:tc>
          <w:tcPr>
            <w:tcW w:type="dxa" w:w="408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Module standard</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266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440</w:t>
            </w:r>
          </w:p>
        </w:tc>
        <w:tc>
          <w:tcPr>
            <w:tcW w:type="dxa" w:w="255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62,86</w:t>
            </w:r>
          </w:p>
        </w:tc>
      </w:tr>
      <w:tr>
        <w:trPr>
          <w:cantSplit/>
        </w:trPr>
        <w:tc>
          <w:tcPr>
            <w:tcW w:type="dxa" w:w="408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Module standard</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266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880</w:t>
            </w:r>
          </w:p>
        </w:tc>
        <w:tc>
          <w:tcPr>
            <w:tcW w:type="dxa" w:w="255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62,86</w:t>
            </w:r>
          </w:p>
        </w:tc>
      </w:tr>
      <w:tr>
        <w:trPr>
          <w:cantSplit/>
        </w:trPr>
        <w:tc>
          <w:tcPr>
            <w:tcW w:type="dxa" w:w="408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Module expert</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266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460</w:t>
            </w:r>
          </w:p>
        </w:tc>
        <w:tc>
          <w:tcPr>
            <w:tcW w:type="dxa" w:w="255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65,71</w:t>
            </w:r>
          </w:p>
        </w:tc>
      </w:tr>
      <w:tr>
        <w:trPr>
          <w:cantSplit/>
        </w:trPr>
        <w:tc>
          <w:tcPr>
            <w:tcW w:type="dxa" w:w="408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Module expert</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266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920</w:t>
            </w:r>
          </w:p>
        </w:tc>
        <w:tc>
          <w:tcPr>
            <w:tcW w:type="dxa" w:w="255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65,71</w:t>
            </w:r>
          </w:p>
        </w:tc>
      </w:tr>
    </w:tbl>
    <w:p>
      <w:r>
        <w:t>Cette grille reprend les tarifs spécifiques affichés dans les fiches sources et corrige les divisions horaires. Les intitulés de tarifs liés à AMRF, AMF ou à un département ne prouvent pas un partenariat. Les compléments et les modules issus de scissions utilisent la base indicative standard ; leur prix définitif, le régime de TVA, le total TTC, les frais et les conditions d’annulation restent à établir sur devis.</w:t>
      </w:r>
    </w:p>
    <w:p>
      <w:r>
        <w:t>Pour cette édition régionale, la base expert de 460 euros par journée est reprise pour R8 R10A R10B R16 R19 R20 R22 R23 R25 R26A R26B R27 R28 R30 R35A R35B R35C R37A et R37B. R1 R14 et R39 utilisent la base de 420 euros. Les autres fiches utilisent 440 euros. Les compléments et scissions demeurent des propositions tarifaires à valider. La mention ARF du document initial n établit ni partenariat avec Régions de France ni tarif officiellement négocié.</w:t>
      </w:r>
    </w:p>
    <w:p>
      <w:pPr>
        <w:pStyle w:val="Heading2"/>
      </w:pPr>
      <w:r>
        <w:t>Financement</w:t>
      </w:r>
    </w:p>
    <w:p>
      <w:r>
        <w:t>Le plafond DIFE est de 80 euros HT par heure de frais pédagogiques et l’effectif maximal de quinze participants. Ces limites ne suffisent pas à établir l’éligibilité : organisme agréé, rattachement de l’action au répertoire, conditions du dispositif et droits disponibles doivent être vérifiés. Aucun financement intégral n est promis. Les modules de transition professionnelle sont des actions d’orientation ; leur financement et leur éventuelle transformation en bilan de compétences ou action CPF exigent un dossier distinct.</w:t>
      </w:r>
    </w:p>
    <w:p>
      <w:pPr>
        <w:pStyle w:val="Heading1"/>
        <w:pageBreakBefore/>
      </w:pPr>
      <w:r>
        <w:t>Préparer et valider chaque offre</w:t>
      </w:r>
    </w:p>
    <w:p>
      <w:pPr>
        <w:pStyle w:val="Heading2"/>
      </w:pPr>
      <w:r>
        <w:t>État commun à toutes les fiches</w:t>
      </w:r>
    </w:p>
    <w:tbl>
      <w:tblPr>
        <w:tblW w:type="auto" w:w="0"/>
        <w:tblLayout w:type="fixed"/>
        <w:tblLook w:firstColumn="1" w:firstRow="1" w:lastColumn="0" w:lastRow="0" w:noHBand="0" w:noVBand="1" w:val="04A0"/>
      </w:tblPr>
      <w:tblGrid>
        <w:gridCol w:w="2324"/>
        <w:gridCol w:w="3061"/>
        <w:gridCol w:w="4757"/>
      </w:tblGrid>
      <w:tr>
        <w:trPr>
          <w:tblHeade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Élément</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pPr>
            <w:r>
              <w:rPr>
                <w:b/>
                <w:sz w:val="18"/>
              </w:rPr>
              <w:t>État de cette édition</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Validation attendue</w:t>
            </w:r>
          </w:p>
        </w:tc>
      </w:tr>
      <w:tr>
        <w:trP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Titre public objectifs durée</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Rédigés</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Validation pédagogique et commerciale</w:t>
            </w:r>
          </w:p>
        </w:tc>
      </w:tr>
      <w:tr>
        <w:trP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Déroulé de session</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Quatre séquences proposées</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Déroulé minute outils et consignes</w:t>
            </w:r>
          </w:p>
        </w:tc>
      </w:tr>
      <w:tr>
        <w:trP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Intervenant</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Non confirmé par les pièces disponibles</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Nom compétence accord disponibilité et rôle</w:t>
            </w:r>
          </w:p>
        </w:tc>
      </w:tr>
      <w:tr>
        <w:trP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Supports et cas</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À produire ou à vérifier</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Support daté droits de réutilisation dossier corrigé</w:t>
            </w:r>
          </w:p>
        </w:tc>
      </w:tr>
      <w:tr>
        <w:trP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Évaluation</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Livrable et critères proposés</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Grille détaillée corrigé et modalités de retour</w:t>
            </w:r>
          </w:p>
        </w:tc>
      </w:tr>
      <w:tr>
        <w:trP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Moyens et accessibilité</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À organiser</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Salle ou outil testés aménagements et référent</w:t>
            </w:r>
          </w:p>
        </w:tc>
      </w:tr>
      <w:tr>
        <w:trP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Cadre administratif et financement</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Non établi par le catalogue</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Agrément conditions devis et éligibilité vérifiés</w:t>
            </w:r>
          </w:p>
        </w:tc>
      </w:tr>
      <w:tr>
        <w:trP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Session</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Date non confirmée</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Calendrier inscription et conditions de réalisation</w:t>
            </w:r>
          </w:p>
        </w:tc>
      </w:tr>
    </w:tbl>
    <w:p>
      <w:pPr>
        <w:pStyle w:val="Heading2"/>
      </w:pPr>
      <w:r>
        <w:t>Expertises à mobiliser</w:t>
      </w:r>
    </w:p>
    <w:p>
      <w:r>
        <w:t>Fondamentaux, risques et probité : juriste en droit public et expert des risques selon le sujet. Finances : spécialiste des finances locales. RH : expert de la fonction publique territoriale. Politiques sectorielles : professionnel du secteur et praticien territorial. Projets et patrimoine : spécialiste de la maîtrise d’ouvrage ou ingénieur. Communication et participation : praticien de la communication publique ou de la concertation. Numérique : expert des données, de l’IA ou de la cybersécurité selon la fiche. Transition professionnelle : spécialiste de l’orientation, de la VAE ou du bilan réglementé selon l’action effectivement proposée.</w:t>
      </w:r>
    </w:p>
    <w:p>
      <w:r>
        <w:t>Aucune fiche ne passe au statut session ouverte tant que les validations correspondantes ne sont pas renseignées.</w:t>
      </w:r>
    </w:p>
    <w:p>
      <w:pPr>
        <w:pStyle w:val="Heading2"/>
      </w:pPr>
      <w:r>
        <w:t>Règle de publication</w:t>
      </w:r>
    </w:p>
    <w:p>
      <w:r>
        <w:t>Sur le site, présenter ces offres comme programmes proposés tant que leurs moyens restent à confirmer. Afficher les dates, intervenants et modalités d’inscription uniquement après validation. Le passage à offre prête exige programme validé, intervenant engagé, supports disponibles, évaluation prête, moyens accessibles et cadre administratif vérifié.</w:t>
      </w:r>
    </w:p>
    <w:p>
      <w:pPr>
        <w:pStyle w:val="Heading1"/>
        <w:pageBreakBefore/>
      </w:pPr>
      <w:r>
        <w:t>Correspondance avec le programme initial</w:t>
      </w:r>
    </w:p>
    <w:p>
      <w:r>
        <w:t>Compléments ajoutés : R39, R40, R41, R42, R43, R44. Les titres sont reformulés autour d’une compétence observable. Les répétitions et fragments de balisage ont été supprimés.</w:t>
      </w:r>
    </w:p>
    <w:tbl>
      <w:tblPr>
        <w:tblW w:type="auto" w:w="0"/>
        <w:tblLayout w:type="fixed"/>
        <w:tblLook w:firstColumn="1" w:firstRow="1" w:lastColumn="0" w:lastRow="0" w:noHBand="0" w:noVBand="1" w:val="04A0"/>
      </w:tblPr>
      <w:tblGrid>
        <w:gridCol w:w="1701"/>
        <w:gridCol w:w="3969"/>
        <w:gridCol w:w="4473"/>
      </w:tblGrid>
      <w:tr>
        <w:trPr>
          <w:tblHeade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Code initial</w:t>
            </w:r>
          </w:p>
        </w:tc>
        <w:tc>
          <w:tcPr>
            <w:tcW w:type="dxa" w:w="39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pPr>
            <w:r>
              <w:rPr>
                <w:b/>
                <w:sz w:val="18"/>
              </w:rPr>
              <w:t>Fiches de cette édition</w:t>
            </w:r>
          </w:p>
        </w:tc>
        <w:tc>
          <w:tcPr>
            <w:tcW w:type="dxa" w:w="447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Traitement</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R1</w:t>
            </w:r>
          </w:p>
        </w:tc>
        <w:tc>
          <w:tcPr>
            <w:tcW w:type="dxa" w:w="39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R1</w:t>
            </w:r>
          </w:p>
        </w:tc>
        <w:tc>
          <w:tcPr>
            <w:tcW w:type="dxa" w:w="447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R2</w:t>
            </w:r>
          </w:p>
        </w:tc>
        <w:tc>
          <w:tcPr>
            <w:tcW w:type="dxa" w:w="39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R2</w:t>
            </w:r>
          </w:p>
        </w:tc>
        <w:tc>
          <w:tcPr>
            <w:tcW w:type="dxa" w:w="447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R3</w:t>
            </w:r>
          </w:p>
        </w:tc>
        <w:tc>
          <w:tcPr>
            <w:tcW w:type="dxa" w:w="39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R3</w:t>
            </w:r>
          </w:p>
        </w:tc>
        <w:tc>
          <w:tcPr>
            <w:tcW w:type="dxa" w:w="447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R4</w:t>
            </w:r>
          </w:p>
        </w:tc>
        <w:tc>
          <w:tcPr>
            <w:tcW w:type="dxa" w:w="39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R4</w:t>
            </w:r>
          </w:p>
        </w:tc>
        <w:tc>
          <w:tcPr>
            <w:tcW w:type="dxa" w:w="447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R5a et R5b</w:t>
            </w:r>
          </w:p>
        </w:tc>
        <w:tc>
          <w:tcPr>
            <w:tcW w:type="dxa" w:w="39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R5A • R5B</w:t>
            </w:r>
          </w:p>
        </w:tc>
        <w:tc>
          <w:tcPr>
            <w:tcW w:type="dxa" w:w="447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Distinction conservée et corrigée</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R6</w:t>
            </w:r>
          </w:p>
        </w:tc>
        <w:tc>
          <w:tcPr>
            <w:tcW w:type="dxa" w:w="39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R6</w:t>
            </w:r>
          </w:p>
        </w:tc>
        <w:tc>
          <w:tcPr>
            <w:tcW w:type="dxa" w:w="447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R7</w:t>
            </w:r>
          </w:p>
        </w:tc>
        <w:tc>
          <w:tcPr>
            <w:tcW w:type="dxa" w:w="39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R7</w:t>
            </w:r>
          </w:p>
        </w:tc>
        <w:tc>
          <w:tcPr>
            <w:tcW w:type="dxa" w:w="447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R8</w:t>
            </w:r>
          </w:p>
        </w:tc>
        <w:tc>
          <w:tcPr>
            <w:tcW w:type="dxa" w:w="39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R8</w:t>
            </w:r>
          </w:p>
        </w:tc>
        <w:tc>
          <w:tcPr>
            <w:tcW w:type="dxa" w:w="447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R9</w:t>
            </w:r>
          </w:p>
        </w:tc>
        <w:tc>
          <w:tcPr>
            <w:tcW w:type="dxa" w:w="39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R9</w:t>
            </w:r>
          </w:p>
        </w:tc>
        <w:tc>
          <w:tcPr>
            <w:tcW w:type="dxa" w:w="447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R10</w:t>
            </w:r>
          </w:p>
        </w:tc>
        <w:tc>
          <w:tcPr>
            <w:tcW w:type="dxa" w:w="39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R10A • R10B</w:t>
            </w:r>
          </w:p>
        </w:tc>
        <w:tc>
          <w:tcPr>
            <w:tcW w:type="dxa" w:w="447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Scindé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R11</w:t>
            </w:r>
          </w:p>
        </w:tc>
        <w:tc>
          <w:tcPr>
            <w:tcW w:type="dxa" w:w="39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R11</w:t>
            </w:r>
          </w:p>
        </w:tc>
        <w:tc>
          <w:tcPr>
            <w:tcW w:type="dxa" w:w="447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R12</w:t>
            </w:r>
          </w:p>
        </w:tc>
        <w:tc>
          <w:tcPr>
            <w:tcW w:type="dxa" w:w="39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R12</w:t>
            </w:r>
          </w:p>
        </w:tc>
        <w:tc>
          <w:tcPr>
            <w:tcW w:type="dxa" w:w="447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R13</w:t>
            </w:r>
          </w:p>
        </w:tc>
        <w:tc>
          <w:tcPr>
            <w:tcW w:type="dxa" w:w="39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R13</w:t>
            </w:r>
          </w:p>
        </w:tc>
        <w:tc>
          <w:tcPr>
            <w:tcW w:type="dxa" w:w="447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R14</w:t>
            </w:r>
          </w:p>
        </w:tc>
        <w:tc>
          <w:tcPr>
            <w:tcW w:type="dxa" w:w="39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R14</w:t>
            </w:r>
          </w:p>
        </w:tc>
        <w:tc>
          <w:tcPr>
            <w:tcW w:type="dxa" w:w="447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R15</w:t>
            </w:r>
          </w:p>
        </w:tc>
        <w:tc>
          <w:tcPr>
            <w:tcW w:type="dxa" w:w="39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R15</w:t>
            </w:r>
          </w:p>
        </w:tc>
        <w:tc>
          <w:tcPr>
            <w:tcW w:type="dxa" w:w="447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R16</w:t>
            </w:r>
          </w:p>
        </w:tc>
        <w:tc>
          <w:tcPr>
            <w:tcW w:type="dxa" w:w="39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R16</w:t>
            </w:r>
          </w:p>
        </w:tc>
        <w:tc>
          <w:tcPr>
            <w:tcW w:type="dxa" w:w="447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R17</w:t>
            </w:r>
          </w:p>
        </w:tc>
        <w:tc>
          <w:tcPr>
            <w:tcW w:type="dxa" w:w="39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R17</w:t>
            </w:r>
          </w:p>
        </w:tc>
        <w:tc>
          <w:tcPr>
            <w:tcW w:type="dxa" w:w="447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R18</w:t>
            </w:r>
          </w:p>
        </w:tc>
        <w:tc>
          <w:tcPr>
            <w:tcW w:type="dxa" w:w="39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R18</w:t>
            </w:r>
          </w:p>
        </w:tc>
        <w:tc>
          <w:tcPr>
            <w:tcW w:type="dxa" w:w="447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R19</w:t>
            </w:r>
          </w:p>
        </w:tc>
        <w:tc>
          <w:tcPr>
            <w:tcW w:type="dxa" w:w="39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R19 • R20</w:t>
            </w:r>
          </w:p>
        </w:tc>
        <w:tc>
          <w:tcPr>
            <w:tcW w:type="dxa" w:w="447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Titre foncier et contenu SRADDET séparés</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R20 absent</w:t>
            </w:r>
          </w:p>
        </w:tc>
        <w:tc>
          <w:tcPr>
            <w:tcW w:type="dxa" w:w="39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R20</w:t>
            </w:r>
          </w:p>
        </w:tc>
        <w:tc>
          <w:tcPr>
            <w:tcW w:type="dxa" w:w="447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Code rétabli à partir du contenu de R19</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R21</w:t>
            </w:r>
          </w:p>
        </w:tc>
        <w:tc>
          <w:tcPr>
            <w:tcW w:type="dxa" w:w="39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R21</w:t>
            </w:r>
          </w:p>
        </w:tc>
        <w:tc>
          <w:tcPr>
            <w:tcW w:type="dxa" w:w="447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R22</w:t>
            </w:r>
          </w:p>
        </w:tc>
        <w:tc>
          <w:tcPr>
            <w:tcW w:type="dxa" w:w="39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R22</w:t>
            </w:r>
          </w:p>
        </w:tc>
        <w:tc>
          <w:tcPr>
            <w:tcW w:type="dxa" w:w="447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R23</w:t>
            </w:r>
          </w:p>
        </w:tc>
        <w:tc>
          <w:tcPr>
            <w:tcW w:type="dxa" w:w="39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R23</w:t>
            </w:r>
          </w:p>
        </w:tc>
        <w:tc>
          <w:tcPr>
            <w:tcW w:type="dxa" w:w="447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R24</w:t>
            </w:r>
          </w:p>
        </w:tc>
        <w:tc>
          <w:tcPr>
            <w:tcW w:type="dxa" w:w="39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R24</w:t>
            </w:r>
          </w:p>
        </w:tc>
        <w:tc>
          <w:tcPr>
            <w:tcW w:type="dxa" w:w="447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R25</w:t>
            </w:r>
          </w:p>
        </w:tc>
        <w:tc>
          <w:tcPr>
            <w:tcW w:type="dxa" w:w="39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R25</w:t>
            </w:r>
          </w:p>
        </w:tc>
        <w:tc>
          <w:tcPr>
            <w:tcW w:type="dxa" w:w="447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R26</w:t>
            </w:r>
          </w:p>
        </w:tc>
        <w:tc>
          <w:tcPr>
            <w:tcW w:type="dxa" w:w="39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R26A • R26B</w:t>
            </w:r>
          </w:p>
        </w:tc>
        <w:tc>
          <w:tcPr>
            <w:tcW w:type="dxa" w:w="447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Scindé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R27</w:t>
            </w:r>
          </w:p>
        </w:tc>
        <w:tc>
          <w:tcPr>
            <w:tcW w:type="dxa" w:w="39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R27</w:t>
            </w:r>
          </w:p>
        </w:tc>
        <w:tc>
          <w:tcPr>
            <w:tcW w:type="dxa" w:w="447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R28</w:t>
            </w:r>
          </w:p>
        </w:tc>
        <w:tc>
          <w:tcPr>
            <w:tcW w:type="dxa" w:w="39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R28</w:t>
            </w:r>
          </w:p>
        </w:tc>
        <w:tc>
          <w:tcPr>
            <w:tcW w:type="dxa" w:w="447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R29</w:t>
            </w:r>
          </w:p>
        </w:tc>
        <w:tc>
          <w:tcPr>
            <w:tcW w:type="dxa" w:w="39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R29</w:t>
            </w:r>
          </w:p>
        </w:tc>
        <w:tc>
          <w:tcPr>
            <w:tcW w:type="dxa" w:w="447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R30</w:t>
            </w:r>
          </w:p>
        </w:tc>
        <w:tc>
          <w:tcPr>
            <w:tcW w:type="dxa" w:w="39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R30</w:t>
            </w:r>
          </w:p>
        </w:tc>
        <w:tc>
          <w:tcPr>
            <w:tcW w:type="dxa" w:w="447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R31</w:t>
            </w:r>
          </w:p>
        </w:tc>
        <w:tc>
          <w:tcPr>
            <w:tcW w:type="dxa" w:w="39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R31</w:t>
            </w:r>
          </w:p>
        </w:tc>
        <w:tc>
          <w:tcPr>
            <w:tcW w:type="dxa" w:w="447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R32</w:t>
            </w:r>
          </w:p>
        </w:tc>
        <w:tc>
          <w:tcPr>
            <w:tcW w:type="dxa" w:w="39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R32A • R32B</w:t>
            </w:r>
          </w:p>
        </w:tc>
        <w:tc>
          <w:tcPr>
            <w:tcW w:type="dxa" w:w="447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Scindé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R33</w:t>
            </w:r>
          </w:p>
        </w:tc>
        <w:tc>
          <w:tcPr>
            <w:tcW w:type="dxa" w:w="39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R33</w:t>
            </w:r>
          </w:p>
        </w:tc>
        <w:tc>
          <w:tcPr>
            <w:tcW w:type="dxa" w:w="447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R34</w:t>
            </w:r>
          </w:p>
        </w:tc>
        <w:tc>
          <w:tcPr>
            <w:tcW w:type="dxa" w:w="39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R34</w:t>
            </w:r>
          </w:p>
        </w:tc>
        <w:tc>
          <w:tcPr>
            <w:tcW w:type="dxa" w:w="447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R35</w:t>
            </w:r>
          </w:p>
        </w:tc>
        <w:tc>
          <w:tcPr>
            <w:tcW w:type="dxa" w:w="39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R35A • R35B • R35C</w:t>
            </w:r>
          </w:p>
        </w:tc>
        <w:tc>
          <w:tcPr>
            <w:tcW w:type="dxa" w:w="447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Scindé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R36</w:t>
            </w:r>
          </w:p>
        </w:tc>
        <w:tc>
          <w:tcPr>
            <w:tcW w:type="dxa" w:w="39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R36</w:t>
            </w:r>
          </w:p>
        </w:tc>
        <w:tc>
          <w:tcPr>
            <w:tcW w:type="dxa" w:w="447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R37</w:t>
            </w:r>
          </w:p>
        </w:tc>
        <w:tc>
          <w:tcPr>
            <w:tcW w:type="dxa" w:w="39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R37A • R37B</w:t>
            </w:r>
          </w:p>
        </w:tc>
        <w:tc>
          <w:tcPr>
            <w:tcW w:type="dxa" w:w="447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Scindé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R38</w:t>
            </w:r>
          </w:p>
        </w:tc>
        <w:tc>
          <w:tcPr>
            <w:tcW w:type="dxa" w:w="39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R38</w:t>
            </w:r>
          </w:p>
        </w:tc>
        <w:tc>
          <w:tcPr>
            <w:tcW w:type="dxa" w:w="447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bl>
    <w:p>
      <w:pPr>
        <w:pStyle w:val="Heading1"/>
        <w:pageBreakBefore/>
      </w:pPr>
      <w:r>
        <w:t>Références et actualisation</w:t>
      </w:r>
    </w:p>
    <w:p>
      <w:r>
        <w:t>Sources de vérification au 8 octobre 2026. Ces références établissent le cadre des corrections ; elles ne remplacent pas la bibliographie juridique datée à préparer pour chaque module. La loi applicable est revérifiée pour toute session ultérieure.</w:t>
      </w:r>
    </w:p>
    <w:p>
      <w:pPr>
        <w:pStyle w:val="Heading3"/>
      </w:pPr>
      <w:r>
        <w:t>Répertoire national des formations liées au mandat</w:t>
      </w:r>
    </w:p>
    <w:p>
      <w:r>
        <w:t>Arrêté du 13 avril 2023 et son annexe</w:t>
      </w:r>
    </w:p>
    <w:p>
      <w:pPr>
        <w:spacing w:after="180"/>
      </w:pPr>
      <w:r>
        <w:rPr>
          <w:sz w:val="17"/>
        </w:rPr>
        <w:t>https://www.legifrance.gouv.fr/loda/id/JORFTEXT000047495682/</w:t>
      </w:r>
    </w:p>
    <w:p>
      <w:pPr>
        <w:pStyle w:val="Heading3"/>
      </w:pPr>
      <w:r>
        <w:t>Formation des élus et financement</w:t>
      </w:r>
    </w:p>
    <w:p>
      <w:r>
        <w:t>DGCL et Caisse des Dépôts, conditions de mobilisation du DIFE</w:t>
      </w:r>
    </w:p>
    <w:p>
      <w:pPr>
        <w:spacing w:after="180"/>
      </w:pPr>
      <w:r>
        <w:rPr>
          <w:sz w:val="17"/>
        </w:rPr>
        <w:t>https://www.collectivites-locales.gouv.fr/connaitre-les-acteurs-et-les-institutions/elus-locaux/conditions-dexercice-des-mandats-locaux/droit-la-formation</w:t>
      </w:r>
    </w:p>
    <w:p>
      <w:pPr>
        <w:pStyle w:val="Heading3"/>
      </w:pPr>
      <w:r>
        <w:t>Plafond horaire et effectif DIFE</w:t>
      </w:r>
    </w:p>
    <w:p>
      <w:r>
        <w:t>Mon Compte Formation, formation dans le cadre du mandat</w:t>
      </w:r>
    </w:p>
    <w:p>
      <w:pPr>
        <w:spacing w:after="180"/>
      </w:pPr>
      <w:r>
        <w:rPr>
          <w:sz w:val="17"/>
        </w:rPr>
        <w:t>https://www.moncompteformation.gouv.fr/espace-public/comment-me-former-dans-le-cadre-de-mon-mandat</w:t>
      </w:r>
    </w:p>
    <w:p>
      <w:pPr>
        <w:pStyle w:val="Heading3"/>
      </w:pPr>
      <w:r>
        <w:t>Réinsertion professionnelle</w:t>
      </w:r>
    </w:p>
    <w:p>
      <w:r>
        <w:t>Portail des organismes, formations éligibles au DIF Élus</w:t>
      </w:r>
    </w:p>
    <w:p>
      <w:pPr>
        <w:spacing w:after="180"/>
      </w:pPr>
      <w:r>
        <w:rPr>
          <w:sz w:val="17"/>
        </w:rPr>
        <w:t>https://of.moncompteformation.gouv.fr/espace-public/aide/quelles-sont-les-formations-eligibles-au-dif-elus</w:t>
      </w:r>
    </w:p>
    <w:p>
      <w:pPr>
        <w:pStyle w:val="Heading3"/>
      </w:pPr>
      <w:r>
        <w:t>Statut de l’élu et congé de formation</w:t>
      </w:r>
    </w:p>
    <w:p>
      <w:r>
        <w:t>Loi numéro 2025 1249 du 22 décembre 2025 et CGCT actualisé</w:t>
      </w:r>
    </w:p>
    <w:p>
      <w:pPr>
        <w:spacing w:after="180"/>
      </w:pPr>
      <w:r>
        <w:rPr>
          <w:sz w:val="17"/>
        </w:rPr>
        <w:t>https://www.legifrance.gouv.fr/jorf/id/JORFTEXT000053142169</w:t>
      </w:r>
    </w:p>
    <w:p>
      <w:pPr>
        <w:pStyle w:val="Heading3"/>
      </w:pPr>
      <w:r>
        <w:t>Compte financier unique</w:t>
      </w:r>
    </w:p>
    <w:p>
      <w:r>
        <w:t>DGCL, CFU obligatoire pour les comptes 2026, production en 2027</w:t>
      </w:r>
    </w:p>
    <w:p>
      <w:pPr>
        <w:spacing w:after="180"/>
      </w:pPr>
      <w:r>
        <w:rPr>
          <w:sz w:val="17"/>
        </w:rPr>
        <w:t>https://www.collectivites-locales.gouv.fr/gerer-les-finances-publiques-locales/budget/le-compte-financier-unique-cfu</w:t>
      </w:r>
    </w:p>
    <w:p>
      <w:pPr>
        <w:pStyle w:val="Heading3"/>
      </w:pPr>
      <w:r>
        <w:t>Responsabilité financière des gestionnaires publics</w:t>
      </w:r>
    </w:p>
    <w:p>
      <w:r>
        <w:t>Ordonnance numéro 2022 408 du 23 mars 2022 et code des juridictions financières</w:t>
      </w:r>
    </w:p>
    <w:p>
      <w:pPr>
        <w:spacing w:after="180"/>
      </w:pPr>
      <w:r>
        <w:rPr>
          <w:sz w:val="17"/>
        </w:rPr>
        <w:t>https://www.legifrance.gouv.fr/jorf/id/JORFTEXT000045398055</w:t>
      </w:r>
    </w:p>
    <w:p>
      <w:pPr>
        <w:pStyle w:val="Heading3"/>
      </w:pPr>
      <w:r>
        <w:t>Contrôles AFA</w:t>
      </w:r>
    </w:p>
    <w:p>
      <w:r>
        <w:t>AFA, contrôles des acteurs publics</w:t>
      </w:r>
    </w:p>
    <w:p>
      <w:pPr>
        <w:spacing w:after="180"/>
      </w:pPr>
      <w:r>
        <w:rPr>
          <w:sz w:val="17"/>
        </w:rPr>
        <w:t>https://www.agence-francaise-anticorruption.gouv.fr/acteurs-publics/tout-savoir-sur-les-controles-de-lafa-acteurs-publics</w:t>
      </w:r>
    </w:p>
    <w:p>
      <w:pPr>
        <w:pStyle w:val="Heading3"/>
      </w:pPr>
      <w:r>
        <w:t>Préemption et réalité du projet</w:t>
      </w:r>
    </w:p>
    <w:p>
      <w:r>
        <w:t>Conseil d’État, Commune de Meung sur Loire, 7 mars 2008, numéro 288371</w:t>
      </w:r>
    </w:p>
    <w:p>
      <w:pPr>
        <w:spacing w:after="180"/>
      </w:pPr>
      <w:r>
        <w:rPr>
          <w:sz w:val="17"/>
        </w:rPr>
        <w:t>https://www.legifrance.gouv.fr/ceta/id/CETATEXT000018396541/</w:t>
      </w:r>
    </w:p>
    <w:p>
      <w:pPr>
        <w:pStyle w:val="Heading3"/>
      </w:pPr>
      <w:r>
        <w:t>Patrimoine tertiaire</w:t>
      </w:r>
    </w:p>
    <w:p>
      <w:r>
        <w:t>Ministère de la Transition écologique, Éco Énergie Tertiaire</w:t>
      </w:r>
    </w:p>
    <w:p>
      <w:pPr>
        <w:spacing w:after="180"/>
      </w:pPr>
      <w:r>
        <w:rPr>
          <w:sz w:val="17"/>
        </w:rPr>
        <w:t>https://www.ecologie.gouv.fr/politiques-publiques/eco-energie-tertiaire-eet</w:t>
      </w:r>
    </w:p>
    <w:p>
      <w:pPr>
        <w:pStyle w:val="Heading3"/>
      </w:pPr>
      <w:r>
        <w:t>ORSEC départemental</w:t>
      </w:r>
    </w:p>
    <w:p>
      <w:r>
        <w:t>Code de la sécurité intérieure, article L741 2</w:t>
      </w:r>
    </w:p>
    <w:p>
      <w:pPr>
        <w:spacing w:after="180"/>
      </w:pPr>
      <w:r>
        <w:rPr>
          <w:sz w:val="17"/>
        </w:rPr>
        <w:t>https://www.legifrance.gouv.fr/codes/article_lc/LEGIARTI000025506869</w:t>
      </w:r>
    </w:p>
    <w:p>
      <w:pPr>
        <w:pStyle w:val="Heading3"/>
      </w:pPr>
      <w:r>
        <w:t>Champ de la responsabilité financière</w:t>
      </w:r>
    </w:p>
    <w:p>
      <w:r>
        <w:t>Code des juridictions financières article L131 2 et exceptions L131 3 et L131 4</w:t>
      </w:r>
    </w:p>
    <w:p>
      <w:pPr>
        <w:spacing w:after="180"/>
      </w:pPr>
      <w:r>
        <w:rPr>
          <w:sz w:val="17"/>
        </w:rPr>
        <w:t>https://www.legifrance.gouv.fr/codes/article_lc/LEGIARTI000052092800</w:t>
      </w:r>
    </w:p>
    <w:p>
      <w:pPr>
        <w:pStyle w:val="Heading3"/>
      </w:pPr>
      <w:r>
        <w:t>Gestion de fait maintenue</w:t>
      </w:r>
    </w:p>
    <w:p>
      <w:r>
        <w:t>Code des juridictions financières article L131 15</w:t>
      </w:r>
    </w:p>
    <w:p>
      <w:pPr>
        <w:spacing w:after="180"/>
      </w:pPr>
      <w:r>
        <w:rPr>
          <w:sz w:val="17"/>
        </w:rPr>
        <w:t>https://www.legifrance.gouv.fr/codes/article_lc/LEGIARTI000045400562</w:t>
      </w:r>
    </w:p>
    <w:p>
      <w:pPr>
        <w:pStyle w:val="Heading3"/>
      </w:pPr>
      <w:r>
        <w:t>Suivi des observations CRC</w:t>
      </w:r>
    </w:p>
    <w:p>
      <w:r>
        <w:t>Code des juridictions financières article L243 9 délai d’un an</w:t>
      </w:r>
    </w:p>
    <w:p>
      <w:pPr>
        <w:spacing w:after="180"/>
      </w:pPr>
      <w:r>
        <w:rPr>
          <w:sz w:val="17"/>
        </w:rPr>
        <w:t>https://www.legifrance.gouv.fr/loda/article_lc/LEGIARTI000033248228</w:t>
      </w:r>
    </w:p>
    <w:p>
      <w:pPr>
        <w:pStyle w:val="Heading3"/>
      </w:pPr>
      <w:r>
        <w:t>DGF et ressources régionales</w:t>
      </w:r>
    </w:p>
    <w:p>
      <w:r>
        <w:t>DGCL la DGF des régions est remplacée par une fraction de TVA depuis 2018</w:t>
      </w:r>
    </w:p>
    <w:p>
      <w:pPr>
        <w:spacing w:after="180"/>
      </w:pPr>
      <w:r>
        <w:rPr>
          <w:sz w:val="17"/>
        </w:rPr>
        <w:t>https://www.collectivites-locales.gouv.fr/gerer-les-finances-publiques-locales/execution-des-recettes-et-des-depenses-locales/recettes-locales/dotations/dotation-globale-de-fonctionnement/presentation-de-la-dotation-globale-de-fonctionnement</w:t>
      </w:r>
    </w:p>
    <w:p>
      <w:pPr>
        <w:pStyle w:val="Heading3"/>
      </w:pPr>
      <w:r>
        <w:t>Routes nationales et régions</w:t>
      </w:r>
    </w:p>
    <w:p>
      <w:r>
        <w:t>Ministère expérimentation de mise à disposition distincte d’un transfert général</w:t>
      </w:r>
    </w:p>
    <w:p>
      <w:pPr>
        <w:spacing w:after="180"/>
      </w:pPr>
      <w:r>
        <w:rPr>
          <w:sz w:val="17"/>
        </w:rPr>
        <w:t>https://www.ecologie.gouv.fr/politiques-publiques/decentralisation-du-reseau-routier-national</w:t>
      </w:r>
    </w:p>
    <w:p>
      <w:pPr>
        <w:pStyle w:val="Heading3"/>
      </w:pPr>
      <w:r>
        <w:t>Rôle des OPCO</w:t>
      </w:r>
    </w:p>
    <w:p>
      <w:r>
        <w:t>Ministère du Travail financement des contrats d’apprentissage et de professionnalisation</w:t>
      </w:r>
    </w:p>
    <w:p>
      <w:pPr>
        <w:spacing w:after="180"/>
      </w:pPr>
      <w:r>
        <w:rPr>
          <w:sz w:val="17"/>
        </w:rPr>
        <w:t>https://travail-emploi.gouv.fr/les-operateurs-de-competences-opco</w:t>
      </w:r>
    </w:p>
    <w:p>
      <w:pPr>
        <w:pStyle w:val="Heading3"/>
      </w:pPr>
      <w:r>
        <w:t>Programmation européenne actuelle</w:t>
      </w:r>
    </w:p>
    <w:p>
      <w:r>
        <w:t>Portail national fonds européens et répartition des fonctions</w:t>
      </w:r>
    </w:p>
    <w:p>
      <w:pPr>
        <w:spacing w:after="180"/>
      </w:pPr>
      <w:r>
        <w:rPr>
          <w:sz w:val="17"/>
        </w:rPr>
        <w:t>https://www.europe-en-france.gouv.fr/fr/fonds-europeens</w:t>
      </w:r>
    </w:p>
    <w:p>
      <w:pPr>
        <w:pStyle w:val="Heading3"/>
      </w:pPr>
      <w:r>
        <w:t>Proposition européenne pour 2028 à 2034</w:t>
      </w:r>
    </w:p>
    <w:p>
      <w:r>
        <w:t>Commission européenne proposition de cadre financier pluriannuel</w:t>
      </w:r>
    </w:p>
    <w:p>
      <w:pPr>
        <w:spacing w:after="180"/>
      </w:pPr>
      <w:r>
        <w:rPr>
          <w:sz w:val="17"/>
        </w:rPr>
        <w:t>https://commission.europa.eu/topics/budget/eu-budget-2028-2034-explained_fr</w:t>
      </w:r>
    </w:p>
    <w:p>
      <w:pPr>
        <w:pStyle w:val="Heading3"/>
      </w:pPr>
      <w:r>
        <w:t>Développement économique régional</w:t>
      </w:r>
    </w:p>
    <w:p>
      <w:r>
        <w:t>CGCT articles L4251 13 et suivants relatifs au SRDEII</w:t>
      </w:r>
    </w:p>
    <w:p>
      <w:pPr>
        <w:spacing w:after="180"/>
      </w:pPr>
      <w:r>
        <w:rPr>
          <w:sz w:val="17"/>
        </w:rPr>
        <w:t>https://www.legifrance.gouv.fr/codes/section_lc/LEGITEXT000006070633/LEGISCTA000030999205/</w:t>
      </w:r>
    </w:p>
    <w:p>
      <w:pPr>
        <w:pStyle w:val="Heading3"/>
      </w:pPr>
      <w:r>
        <w:t>Contentieux des élections régionales</w:t>
      </w:r>
    </w:p>
    <w:p>
      <w:r>
        <w:t>Code électoral article L361 compétence du Conseil d’État</w:t>
      </w:r>
    </w:p>
    <w:p>
      <w:pPr>
        <w:spacing w:after="180"/>
      </w:pPr>
      <w:r>
        <w:rPr>
          <w:sz w:val="17"/>
        </w:rPr>
        <w:t>https://www.legifrance.gouv.fr/codes/section_lc/LEGITEXT000006070239/LEGISCTA000006148566/</w:t>
      </w:r>
    </w:p>
    <w:sectPr w:rsidR="00FC693F" w:rsidRPr="0006063C" w:rsidSect="00034616">
      <w:headerReference w:type="default" r:id="rId9"/>
      <w:footerReference w:type="default" r:id="rId10"/>
      <w:pgSz w:w="12240" w:h="15840"/>
      <w:pgMar w:top="935" w:right="1049" w:bottom="907" w:left="1049"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Révision du 8 octobre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XXI Formations  |  Élus régionaux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20"/>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Calibri" w:hAnsi="Calibri"/>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14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200"/>
      <w:contextualSpacing/>
    </w:pPr>
    <w:rPr>
      <w:rFonts w:asciiTheme="majorHAnsi" w:eastAsiaTheme="majorEastAsia" w:hAnsiTheme="majorHAnsi" w:cstheme="majorBidi" w:ascii="Calibri" w:hAnsi="Calibri"/>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200" w:after="140"/>
    </w:pPr>
    <w:rPr>
      <w:rFonts w:asciiTheme="majorHAnsi" w:eastAsiaTheme="majorEastAsia" w:hAnsiTheme="majorHAnsi" w:cstheme="majorBidi" w:ascii="Calibri" w:hAnsi="Calibri"/>
      <w:i/>
      <w:iCs/>
      <w:color w:val="000000"/>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