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Catalogue de formations des élus des communes rurales</w:t>
      </w:r>
    </w:p>
    <w:p>
      <w:pPr>
        <w:pStyle w:val="Subtitle"/>
      </w:pPr>
      <w:r>
        <w:t>XXI Formations</w:t>
      </w:r>
    </w:p>
    <w:p>
      <w:r>
        <w:t>Programme pour le mandat municipal 2026 à 2032</w:t>
      </w:r>
    </w:p>
    <w:p>
      <w:r>
        <w:t>Ce catalogue aide les élus à choisir des formations adaptées à leurs responsabilités. Il reprend l’ensemble des entrées du programme fourni, sépare les sujets qui exigeaient des pédagogies différentes et complète les compétences manquantes. Les modules sont mobilisables à la carte et les parcours proposés constituent des sélections, sans imposer de suivre tout le catalogue.</w:t>
      </w:r>
    </w:p>
    <w:p>
      <w:r>
        <w:t>32 fiches pédagogiques proposées à partir de 24 entrées initiales. Les codes conservés et leurs suffixes permettent de retrouver chaque offre. Les compléments portent un nouveau numéro.</w:t>
      </w:r>
    </w:p>
    <w:p>
      <w:pPr>
        <w:pStyle w:val="Heading2"/>
      </w:pPr>
      <w:r>
        <w:t>État de l’offre</w:t>
      </w:r>
    </w:p>
    <w:p>
      <w:r>
        <w:t>La structure pédagogique est rédigée. Cette édition ne prouve pas que les intervenants sont engagés, que les supports sont disponibles ou qu une session est ouverte. Chaque fiche reste une offre à préparer jusqu à la validation du dossier pédagogique et des moyens de réalisation. Les partenariats avec des associations d’élus ne sont pas affirmés sans accord confirmé.</w:t>
      </w:r>
    </w:p>
    <w:p>
      <w:r>
        <w:t>XXI Formations porte l’offre pédagogique. Des travaux de XXI Institut pourront alimenter les cas ou lectures lorsque leur contenu, leur actualité et leurs droits de réutilisation auront été vérifiés.</w:t>
      </w:r>
    </w:p>
    <w:p>
      <w:pPr>
        <w:pStyle w:val="Heading2"/>
      </w:pPr>
      <w:r>
        <w:t>Cadre temporel et juridique</w:t>
      </w:r>
    </w:p>
    <w:p>
      <w:r>
        <w:t>Les références ont été vérifiées au 8 octobre 2026 sur les points structurants. Elles sont mises à jour avant chaque session, notamment pour les seuils de commande publique, la fiscalité, la sobriété foncière et les droits des élus. Les périodes de mandat servent au positionnement pédagogique et ne constituent ni un calendrier électoral certifié ni un engagement de dates de formation.</w:t>
      </w:r>
    </w:p>
    <w:p>
      <w:pPr>
        <w:pStyle w:val="Heading1"/>
        <w:pageBreakBefore/>
      </w:pPr>
      <w:r>
        <w:t>Choisir sa formation</w:t>
      </w:r>
    </w:p>
    <w:p>
      <w:pPr>
        <w:pStyle w:val="Heading2"/>
      </w:pPr>
      <w:r>
        <w:t>Public et prérequis</w:t>
      </w:r>
    </w:p>
    <w:p>
      <w:r>
        <w:t>Public principal : élus des communes rurales. Les fiches de pilotage s adressent plus particulièrement aux exécutifs et aux élus titulaires d’une délégation ou membres de la commission concernée. Les conseillers sans délégation travaillent dans le cadre de leurs pouvoirs réels. Aucun diplôme préalable n est exigé. Pour les modules de finances spécialisées, la connaissance du budget ou le suivi du socle financier est recommandé.</w:t>
      </w:r>
    </w:p>
    <w:p>
      <w:pPr>
        <w:pStyle w:val="Heading2"/>
      </w:pPr>
      <w:r>
        <w:t>Formats et rythme</w:t>
      </w:r>
    </w:p>
    <w:p>
      <w:r>
        <w:t>Les heures indiquées correspondent à du temps pédagogique hors pauses. Le format de référence est le présentiel, en groupes de huit à quinze personnes. En cas de financement même partiel par le DIFE, la session ne dépasse pas quinze participants. Les séquences de 7 h, 10,5 h et 14 h représentent respectivement une journée, une journée et demie et deux journées. Une option de 7 h ne se cumule qu avec un objectif et un exercice supplémentaires.</w:t>
      </w:r>
    </w:p>
    <w:p>
      <w:r>
        <w:t>Cinq modalités peuvent être préparées : session intercollectivités ; session intra adaptée à une collectivité ; classe à distance synchrone ; matinale de 3,5 h sur un objectif restreint ; webinaire de 1,5 h d’actualisation. Les trois dernières nécessitent leur propre déroulé, leurs supports et un dispositif d’évaluation. Un webinaire d’information ne remplace pas une formation complète de 7 h.</w:t>
      </w:r>
    </w:p>
    <w:p>
      <w:pPr>
        <w:pStyle w:val="Heading2"/>
      </w:pPr>
      <w:r>
        <w:t>Pédagogie et évaluation</w:t>
      </w:r>
    </w:p>
    <w:p>
      <w:r>
        <w:t>Chaque fiche articule quatre séquences, un cas de décision et une production concrète. À l’entrée, un questionnaire situe les acquis et les besoins. L exercice final est apprécié sur quatre critères : identification de l’acteur compétent, exactitude du cadre, faisabilité de la proposition, justification et traçabilité. Une grille de correction et un retour individualisé sont préparés avant ouverture. Une attestation de réalisation est remise selon les conditions effectivement remplies ; aucun titre certifiant n est annoncé.</w:t>
      </w:r>
    </w:p>
    <w:p>
      <w:pPr>
        <w:pStyle w:val="Heading2"/>
      </w:pPr>
      <w:r>
        <w:t>Accessibilité et supports</w:t>
      </w:r>
    </w:p>
    <w:p>
      <w:r>
        <w:t>Les besoins d’aménagement sont recueillis lors de l’inscription. Le lieu, les supports numériques et les modalités d’exercice sont adaptés après échange avec un référent à désigner. Les outils à préparer comprennent un support daté, un dossier de cas anonymisé ou fictif, une fiche méthode et une grille d’évaluation. Les données sensibles ne sont pas introduites dans les démonstrations d’IA.</w:t>
      </w:r>
    </w:p>
    <w:p>
      <w:pPr>
        <w:pStyle w:val="Heading1"/>
        <w:pageBreakBefore/>
      </w:pPr>
      <w:r>
        <w:t>Catalogue et domaines de rattachement</w:t>
      </w:r>
    </w:p>
    <w:p>
      <w:r>
        <w:t>Les domaines ci-dessous reprennent les six familles du répertoire national. Le rattachement est une proposition éditoriale ; il ne vaut ni agrément de XXI Formations ni validation d’éligibilité financière de chaque fiche.</w:t>
      </w:r>
    </w:p>
    <w:p>
      <w:r>
        <w:t>1  Les fondamentaux du mandat</w:t>
      </w:r>
    </w:p>
    <w:p>
      <w:r>
        <w:t>2  Politiques publiques et actions locales</w:t>
      </w:r>
    </w:p>
    <w:p>
      <w:r>
        <w:t>3  Développement et aménagement du territoire et transition écologique</w:t>
      </w:r>
    </w:p>
    <w:p>
      <w:r>
        <w:t>4  Communication</w:t>
      </w:r>
    </w:p>
    <w:p>
      <w:r>
        <w:t>5  Finances fiscalité budget comptabilité</w:t>
      </w:r>
    </w:p>
    <w:p>
      <w:r>
        <w:t>6  Management et ressources humaines</w:t>
      </w:r>
    </w:p>
    <w:tbl>
      <w:tblPr>
        <w:tblW w:type="auto" w:w="0"/>
        <w:tblLayout w:type="fixed"/>
        <w:tblLook w:firstColumn="1" w:firstRow="1" w:lastColumn="0" w:lastRow="0" w:noHBand="0" w:noVBand="1" w:val="04A0"/>
      </w:tblPr>
      <w:tblGrid>
        <w:gridCol w:w="964"/>
        <w:gridCol w:w="6803"/>
        <w:gridCol w:w="850"/>
        <w:gridCol w:w="1525"/>
      </w:tblGrid>
      <w:tr>
        <w:trPr>
          <w:tblHeade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shd w:fill="E8EEF2"/>
          </w:tcPr>
          <w:p>
            <w:pPr>
              <w:keepNext w:val="0"/>
              <w:spacing w:after="40" w:before="40"/>
              <w:jc w:val="center"/>
            </w:pPr>
            <w:r>
              <w:rPr>
                <w:b/>
                <w:sz w:val="18"/>
              </w:rPr>
              <w:t>Code</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shd w:fill="E8EEF2"/>
          </w:tcPr>
          <w:p>
            <w:pPr>
              <w:keepNext w:val="0"/>
              <w:spacing w:after="40" w:before="40"/>
            </w:pPr>
            <w:r>
              <w:rPr>
                <w:b/>
                <w:sz w:val="18"/>
              </w:rPr>
              <w:t>Formation</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shd w:fill="E8EEF2"/>
          </w:tcPr>
          <w:p>
            <w:pPr>
              <w:keepNext w:val="0"/>
              <w:spacing w:after="40" w:before="40"/>
            </w:pPr>
            <w:r>
              <w:rPr>
                <w:b/>
                <w:sz w:val="18"/>
              </w:rPr>
              <w:t>Heures</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shd w:fill="E8EEF2"/>
          </w:tcPr>
          <w:p>
            <w:pPr>
              <w:keepNext w:val="0"/>
              <w:spacing w:after="40" w:before="40"/>
              <w:jc w:val="center"/>
            </w:pPr>
            <w:r>
              <w:rPr>
                <w:b/>
                <w:sz w:val="18"/>
              </w:rPr>
              <w:t>Domaine</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P1</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Prendre ses fonctions de maire rural</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14</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1</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P2</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Sécuriser les décisions du maire</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1</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P3</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Prévenir les conflits d’intérêts</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1</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P4</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Exercer la fonction d’élu employeur dans une petite commune</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6</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P5</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Informer les habitants et prendre la parole</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4</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P6</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Organiser son mandat et prévenir l’épuisement</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6</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P7</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Piloter le budget et les investissements communaux</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14</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5</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P8</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Décider en matière de dette et de trésorerie</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5</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P9</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Financer un projet communal</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14</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5</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P10</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Préparer et suivre un marché public communal</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14</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5</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P11</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Planifier l’urbanisme et la sobriété foncière</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14</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3</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P12</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Sécuriser une préemption communale</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3</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P13</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Agir sur le logement en territoire rural</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14</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3</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P14</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Conduire un projet comme maître d’ouvrage</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14</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3</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P15</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Organiser les services d’eau et d’assainissement</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2</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P16</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Préparer la transition et l’adaptation de la commune</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14</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3</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P17A</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Organiser l’accueil de la petite enfance</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2</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P17B</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Piloter l’école et les services aux jeunes</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2</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P18</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Organiser l’accès aux services publics ruraux</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14</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2</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P19</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Répondre à une réduction de service public</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2</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P20A</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Exercer les pouvoirs de police du maire</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1</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P20B</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Préparer la commune à une crise</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2</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P21</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Accompagner l’économie rurale</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14</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3</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P22</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Agir au sein de l’intercommunalité</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10,5</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1</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P23A</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Gouverner les données et les usages de l’IA</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2</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P23B</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Prévenir une cyberattaque et maintenir les services</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2</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P24A</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Évaluer le mandat et préparer la passation</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2</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P24B</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Sécuriser la communication en période préélectorale</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4</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P24C</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Préparer son avenir professionnel après le mandat</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Hors mandat</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P25</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Organiser la participation des habitants</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2</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P26</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Évaluer une politique communale</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2</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P27</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Piloter l’action sociale communale</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2</w:t>
            </w:r>
          </w:p>
        </w:tc>
      </w:tr>
    </w:tbl>
    <w:p>
      <w:pPr>
        <w:pStyle w:val="Heading1"/>
        <w:pageBreakBefore/>
      </w:pPr>
      <w:r>
        <w:t>Fiches pédagogiques</w:t>
      </w:r>
    </w:p>
    <w:p>
      <w:r>
        <w:t>Les objectifs de chaque fiche sont évalués par la production indiquée. Les quatre séquences ci-dessous précisent la progression. Les horaires sont un cadre proposé à ajuster au cas préparé sans réduire le volume annoncé.</w:t>
      </w:r>
    </w:p>
    <w:p>
      <w:pPr>
        <w:pStyle w:val="Heading2"/>
      </w:pPr>
      <w:r>
        <w:t>P1  Prendre ses fonctions de maire rural</w:t>
      </w:r>
    </w:p>
    <w:p>
      <w:pPr>
        <w:spacing w:after="100"/>
      </w:pPr>
      <w:r>
        <w:rPr>
          <w:b/>
        </w:rPr>
        <w:t xml:space="preserve">Durée et public  </w:t>
      </w:r>
      <w:r>
        <w:t>14 h • Domaine 1 • Élus concernés par le sujet. Offre pédagogique rédigée, moyens à confirmer.</w:t>
      </w:r>
    </w:p>
    <w:p>
      <w:pPr>
        <w:spacing w:after="100"/>
      </w:pPr>
      <w:r>
        <w:rPr>
          <w:b/>
        </w:rPr>
        <w:t xml:space="preserve">Objectif évalué  </w:t>
      </w:r>
      <w:r>
        <w:t>Construire une feuille de route avec responsabilités échéances et actes à préparer.</w:t>
      </w:r>
    </w:p>
    <w:p>
      <w:pPr>
        <w:spacing w:after="60"/>
      </w:pPr>
      <w:r>
        <w:t>1  Compétences de la commune et articulation avec l’EPCI  •  3 h</w:t>
      </w:r>
    </w:p>
    <w:p>
      <w:pPr>
        <w:spacing w:after="60"/>
      </w:pPr>
      <w:r>
        <w:t>2  Conseil municipal délégations et actes  •  4 h</w:t>
      </w:r>
    </w:p>
    <w:p>
      <w:pPr>
        <w:spacing w:after="60"/>
      </w:pPr>
      <w:r>
        <w:t>3  Organisation avec le secrétariat de mairie et contrôle de légalité  •  4 h</w:t>
      </w:r>
    </w:p>
    <w:p>
      <w:pPr>
        <w:spacing w:after="60"/>
      </w:pPr>
      <w:r>
        <w:t>4  Priorités et calendrier des cent premiers jours  •  3 h</w:t>
      </w:r>
    </w:p>
    <w:p>
      <w:pPr>
        <w:spacing w:after="100"/>
      </w:pPr>
      <w:r>
        <w:rPr>
          <w:b/>
        </w:rPr>
        <w:t xml:space="preserve">Atelier et livrable  </w:t>
      </w:r>
      <w:r>
        <w:t>Construire une feuille de route avec responsabilités échéances et actes à préparer. Le livrable est discuté puis corrigé avec la grille commune. Le temps de production est inclus dans les séquences 3 et 4.</w:t>
      </w:r>
    </w:p>
    <w:p>
      <w:pPr>
        <w:spacing w:after="100"/>
      </w:pPr>
      <w:r>
        <w:rPr>
          <w:b/>
        </w:rPr>
        <w:t xml:space="preserve">Articulation et vigilance  </w:t>
      </w:r>
      <w:r>
        <w:t>Socle avant P2 P3 et P7. Une journée d’application de 7 h peut être ajoutée sur devis sans répéter le socle.</w:t>
      </w:r>
    </w:p>
    <w:p>
      <w:pPr>
        <w:pStyle w:val="Heading2"/>
      </w:pPr>
      <w:r>
        <w:t>P2  Sécuriser les décisions du maire</w:t>
      </w:r>
    </w:p>
    <w:p>
      <w:pPr>
        <w:spacing w:after="100"/>
      </w:pPr>
      <w:r>
        <w:rPr>
          <w:b/>
        </w:rPr>
        <w:t xml:space="preserve">Durée et public  </w:t>
      </w:r>
      <w:r>
        <w:t>7 h • Domaine 1 • Élus concernés par le sujet. Offre pédagogique rédigée, moyens à confirmer.</w:t>
      </w:r>
    </w:p>
    <w:p>
      <w:pPr>
        <w:spacing w:after="100"/>
      </w:pPr>
      <w:r>
        <w:rPr>
          <w:b/>
        </w:rPr>
        <w:t xml:space="preserve">Objectif évalué  </w:t>
      </w:r>
      <w:r>
        <w:t>Qualifier trois situations et préparer une décision motivée et documentée.</w:t>
      </w:r>
    </w:p>
    <w:p>
      <w:pPr>
        <w:spacing w:after="60"/>
      </w:pPr>
      <w:r>
        <w:t>1  Responsabilités de la commune de l’élu et des agents  •  1,5 h</w:t>
      </w:r>
    </w:p>
    <w:p>
      <w:pPr>
        <w:spacing w:after="60"/>
      </w:pPr>
      <w:r>
        <w:t>2  Risques pénaux et traçabilité des décisions  •  2 h</w:t>
      </w:r>
    </w:p>
    <w:p>
      <w:pPr>
        <w:spacing w:after="60"/>
      </w:pPr>
      <w:r>
        <w:t>3  Protection fonctionnelle et recours au conseil juridique  •  2 h</w:t>
      </w:r>
    </w:p>
    <w:p>
      <w:pPr>
        <w:spacing w:after="60"/>
      </w:pPr>
      <w:r>
        <w:t>4  Repérage des risques financiers et mesures préventives  •  1,5 h</w:t>
      </w:r>
    </w:p>
    <w:p>
      <w:pPr>
        <w:spacing w:after="100"/>
      </w:pPr>
      <w:r>
        <w:rPr>
          <w:b/>
        </w:rPr>
        <w:t xml:space="preserve">Atelier et livrable  </w:t>
      </w:r>
      <w:r>
        <w:t>Qualifier trois situations et préparer une décision motivée et documentée. Le livrable est discuté puis corrigé avec la grille commune. Le temps de production est inclus dans les séquences 3 et 4.</w:t>
      </w:r>
    </w:p>
    <w:p>
      <w:pPr>
        <w:spacing w:after="100"/>
      </w:pPr>
      <w:r>
        <w:rPr>
          <w:b/>
        </w:rPr>
        <w:t xml:space="preserve">Articulation et vigilance  </w:t>
      </w:r>
      <w:r>
        <w:t>P3 traite le conflit d’intérêts. Le régime de responsabilité financière des gestionnaires publics ne s applique pas indistinctement à tous les élus.</w:t>
      </w:r>
    </w:p>
    <w:p>
      <w:pPr>
        <w:pStyle w:val="Heading2"/>
        <w:pageBreakBefore/>
      </w:pPr>
      <w:r>
        <w:t>P3  Prévenir les conflits d’intérêts</w:t>
      </w:r>
    </w:p>
    <w:p>
      <w:pPr>
        <w:spacing w:after="100"/>
      </w:pPr>
      <w:r>
        <w:rPr>
          <w:b/>
        </w:rPr>
        <w:t xml:space="preserve">Durée et public  </w:t>
      </w:r>
      <w:r>
        <w:t>7 h • Domaine 1 • Élus concernés par le sujet. Offre pédagogique rédigée, moyens à confirmer.</w:t>
      </w:r>
    </w:p>
    <w:p>
      <w:pPr>
        <w:spacing w:after="100"/>
      </w:pPr>
      <w:r>
        <w:rPr>
          <w:b/>
        </w:rPr>
        <w:t xml:space="preserve">Objectif évalué  </w:t>
      </w:r>
      <w:r>
        <w:t>Rédiger une grille de détection et une procédure de déport sur un cas communal.</w:t>
      </w:r>
    </w:p>
    <w:p>
      <w:pPr>
        <w:spacing w:after="60"/>
      </w:pPr>
      <w:r>
        <w:t>1  Intérêts personnels associatifs et professionnels  •  1,5 h</w:t>
      </w:r>
    </w:p>
    <w:p>
      <w:pPr>
        <w:spacing w:after="60"/>
      </w:pPr>
      <w:r>
        <w:t>2  Référent déontologue et obligations déclaratives selon les fonctions  •  2 h</w:t>
      </w:r>
    </w:p>
    <w:p>
      <w:pPr>
        <w:spacing w:after="60"/>
      </w:pPr>
      <w:r>
        <w:t>3  Déport du maire ou de l’adjoint et organisation de la décision  •  2 h</w:t>
      </w:r>
    </w:p>
    <w:p>
      <w:pPr>
        <w:spacing w:after="60"/>
      </w:pPr>
      <w:r>
        <w:t>4  Cadeaux invitations et conservation des preuves  •  1,5 h</w:t>
      </w:r>
    </w:p>
    <w:p>
      <w:pPr>
        <w:spacing w:after="100"/>
      </w:pPr>
      <w:r>
        <w:rPr>
          <w:b/>
        </w:rPr>
        <w:t xml:space="preserve">Atelier et livrable  </w:t>
      </w:r>
      <w:r>
        <w:t>Rédiger une grille de détection et une procédure de déport sur un cas communal. Le livrable est discuté puis corrigé avec la grille commune. Le temps de production est inclus dans les séquences 3 et 4.</w:t>
      </w:r>
    </w:p>
    <w:p>
      <w:pPr>
        <w:spacing w:after="100"/>
      </w:pPr>
      <w:r>
        <w:rPr>
          <w:b/>
        </w:rPr>
        <w:t xml:space="preserve">Articulation et vigilance  </w:t>
      </w:r>
      <w:r>
        <w:t>Approfondissement individuel de P2. Les contrôles organisationnels relèvent du module commun AFA.</w:t>
      </w:r>
    </w:p>
    <w:p>
      <w:pPr>
        <w:pStyle w:val="Heading2"/>
      </w:pPr>
      <w:r>
        <w:t>P4  Exercer la fonction d’élu employeur dans une petite commune</w:t>
      </w:r>
    </w:p>
    <w:p>
      <w:pPr>
        <w:spacing w:after="100"/>
      </w:pPr>
      <w:r>
        <w:rPr>
          <w:b/>
        </w:rPr>
        <w:t xml:space="preserve">Durée et public  </w:t>
      </w:r>
      <w:r>
        <w:t>7 h • Domaine 6 • Élus concernés par le sujet. Offre pédagogique rédigée, moyens à confirmer.</w:t>
      </w:r>
    </w:p>
    <w:p>
      <w:pPr>
        <w:spacing w:after="100"/>
      </w:pPr>
      <w:r>
        <w:rPr>
          <w:b/>
        </w:rPr>
        <w:t xml:space="preserve">Objectif évalué  </w:t>
      </w:r>
      <w:r>
        <w:t>Élaborer un plan de continuité et une fiche de répartition élu agent.</w:t>
      </w:r>
    </w:p>
    <w:p>
      <w:pPr>
        <w:spacing w:after="60"/>
      </w:pPr>
      <w:r>
        <w:t>1  Rôle de l’autorité territoriale et des services  •  1,5 h</w:t>
      </w:r>
    </w:p>
    <w:p>
      <w:pPr>
        <w:spacing w:after="60"/>
      </w:pPr>
      <w:r>
        <w:t>2  Recrutement temps de travail et remplacement  •  2 h</w:t>
      </w:r>
    </w:p>
    <w:p>
      <w:pPr>
        <w:spacing w:after="60"/>
      </w:pPr>
      <w:r>
        <w:t>3  Entretiens prévention et dialogue professionnel  •  2 h</w:t>
      </w:r>
    </w:p>
    <w:p>
      <w:pPr>
        <w:spacing w:after="60"/>
      </w:pPr>
      <w:r>
        <w:t>4  Relations avec le centre de gestion et continuité du secrétariat  •  1,5 h</w:t>
      </w:r>
    </w:p>
    <w:p>
      <w:pPr>
        <w:spacing w:after="100"/>
      </w:pPr>
      <w:r>
        <w:rPr>
          <w:b/>
        </w:rPr>
        <w:t xml:space="preserve">Atelier et livrable  </w:t>
      </w:r>
      <w:r>
        <w:t>Élaborer un plan de continuité et une fiche de répartition élu agent. Le livrable est discuté puis corrigé avec la grille commune. Le temps de production est inclus dans les séquences 3 et 4.</w:t>
      </w:r>
    </w:p>
    <w:p>
      <w:pPr>
        <w:spacing w:after="100"/>
      </w:pPr>
      <w:r>
        <w:rPr>
          <w:b/>
        </w:rPr>
        <w:t xml:space="preserve">Articulation et vigilance  </w:t>
      </w:r>
      <w:r>
        <w:t>Les actes statutaires complexes font l’objet d’un approfondissement distinct avec un spécialiste RH.</w:t>
      </w:r>
    </w:p>
    <w:p>
      <w:pPr>
        <w:pStyle w:val="Heading2"/>
        <w:pageBreakBefore/>
      </w:pPr>
      <w:r>
        <w:t>P5  Informer les habitants et prendre la parole</w:t>
      </w:r>
    </w:p>
    <w:p>
      <w:pPr>
        <w:spacing w:after="100"/>
      </w:pPr>
      <w:r>
        <w:rPr>
          <w:b/>
        </w:rPr>
        <w:t xml:space="preserve">Durée et public  </w:t>
      </w:r>
      <w:r>
        <w:t>7 h • Domaine 4 • Élus concernés par le sujet. Offre pédagogique rédigée, moyens à confirmer.</w:t>
      </w:r>
    </w:p>
    <w:p>
      <w:pPr>
        <w:spacing w:after="100"/>
      </w:pPr>
      <w:r>
        <w:rPr>
          <w:b/>
        </w:rPr>
        <w:t xml:space="preserve">Objectif évalué  </w:t>
      </w:r>
      <w:r>
        <w:t>Présenter une décision en trois minutes puis réviser une page d’information.</w:t>
      </w:r>
    </w:p>
    <w:p>
      <w:pPr>
        <w:spacing w:after="60"/>
      </w:pPr>
      <w:r>
        <w:t>1  Information institutionnelle et obligations de publication  •  1,5 h</w:t>
      </w:r>
    </w:p>
    <w:p>
      <w:pPr>
        <w:spacing w:after="60"/>
      </w:pPr>
      <w:r>
        <w:t>2  Préparer une réunion et une prise de parole  •  2 h</w:t>
      </w:r>
    </w:p>
    <w:p>
      <w:pPr>
        <w:spacing w:after="60"/>
      </w:pPr>
      <w:r>
        <w:t>3  Presse réseaux sociaux et accessibilité des messages  •  2 h</w:t>
      </w:r>
    </w:p>
    <w:p>
      <w:pPr>
        <w:spacing w:after="60"/>
      </w:pPr>
      <w:r>
        <w:t>4  Répondre à une controverse avec des faits vérifiés  •  1,5 h</w:t>
      </w:r>
    </w:p>
    <w:p>
      <w:pPr>
        <w:spacing w:after="100"/>
      </w:pPr>
      <w:r>
        <w:rPr>
          <w:b/>
        </w:rPr>
        <w:t xml:space="preserve">Atelier et livrable  </w:t>
      </w:r>
      <w:r>
        <w:t>Présenter une décision en trois minutes puis réviser une page d’information. Le livrable est discuté puis corrigé avec la grille commune. Le temps de production est inclus dans les séquences 3 et 4.</w:t>
      </w:r>
    </w:p>
    <w:p>
      <w:pPr>
        <w:spacing w:after="100"/>
      </w:pPr>
      <w:r>
        <w:rPr>
          <w:b/>
        </w:rPr>
        <w:t xml:space="preserve">Articulation et vigilance  </w:t>
      </w:r>
      <w:r>
        <w:t>P25 organise la participation. P24B traite la communication en période préélectorale.</w:t>
      </w:r>
    </w:p>
    <w:p>
      <w:pPr>
        <w:pStyle w:val="Heading2"/>
      </w:pPr>
      <w:r>
        <w:t>P6  Organiser son mandat et prévenir l’épuisement</w:t>
      </w:r>
    </w:p>
    <w:p>
      <w:pPr>
        <w:spacing w:after="100"/>
      </w:pPr>
      <w:r>
        <w:rPr>
          <w:b/>
        </w:rPr>
        <w:t xml:space="preserve">Durée et public  </w:t>
      </w:r>
      <w:r>
        <w:t>7 h • Domaine 6 • Élus concernés par le sujet. Offre pédagogique rédigée, moyens à confirmer.</w:t>
      </w:r>
    </w:p>
    <w:p>
      <w:pPr>
        <w:spacing w:after="100"/>
      </w:pPr>
      <w:r>
        <w:rPr>
          <w:b/>
        </w:rPr>
        <w:t xml:space="preserve">Objectif évalué  </w:t>
      </w:r>
      <w:r>
        <w:t>Construire un agenda réaliste et un protocole de relais en cas d’indisponibilité.</w:t>
      </w:r>
    </w:p>
    <w:p>
      <w:pPr>
        <w:spacing w:after="60"/>
      </w:pPr>
      <w:r>
        <w:t>1  Charge de travail et signaux de surcharge  •  1,5 h</w:t>
      </w:r>
    </w:p>
    <w:p>
      <w:pPr>
        <w:spacing w:after="60"/>
      </w:pPr>
      <w:r>
        <w:t>2  Délégation arbitrage et limites de disponibilité  •  2 h</w:t>
      </w:r>
    </w:p>
    <w:p>
      <w:pPr>
        <w:spacing w:after="60"/>
      </w:pPr>
      <w:r>
        <w:t>3  Organisation des échanges avec agents et habitants  •  2 h</w:t>
      </w:r>
    </w:p>
    <w:p>
      <w:pPr>
        <w:spacing w:after="60"/>
      </w:pPr>
      <w:r>
        <w:t>4  Ressources d’accompagnement et orientation en cas de difficulté  •  1,5 h</w:t>
      </w:r>
    </w:p>
    <w:p>
      <w:pPr>
        <w:spacing w:after="100"/>
      </w:pPr>
      <w:r>
        <w:rPr>
          <w:b/>
        </w:rPr>
        <w:t xml:space="preserve">Atelier et livrable  </w:t>
      </w:r>
      <w:r>
        <w:t>Construire un agenda réaliste et un protocole de relais en cas d’indisponibilité. Le livrable est discuté puis corrigé avec la grille commune. Le temps de production est inclus dans les séquences 3 et 4.</w:t>
      </w:r>
    </w:p>
    <w:p>
      <w:pPr>
        <w:spacing w:after="100"/>
      </w:pPr>
      <w:r>
        <w:rPr>
          <w:b/>
        </w:rPr>
        <w:t xml:space="preserve">Articulation et vigilance  </w:t>
      </w:r>
      <w:r>
        <w:t>Formation organisationnelle sans diagnostic médical. Les ressources AMRF ou Amarok ne sont mobilisées qu après vérification des droits et accords.</w:t>
      </w:r>
    </w:p>
    <w:p>
      <w:pPr>
        <w:pStyle w:val="Heading2"/>
        <w:pageBreakBefore/>
      </w:pPr>
      <w:r>
        <w:t>P7  Piloter le budget et les investissements communaux</w:t>
      </w:r>
    </w:p>
    <w:p>
      <w:pPr>
        <w:spacing w:after="100"/>
      </w:pPr>
      <w:r>
        <w:rPr>
          <w:b/>
        </w:rPr>
        <w:t xml:space="preserve">Durée et public  </w:t>
      </w:r>
      <w:r>
        <w:t>14 h • Domaine 5 • Élus concernés par le sujet. Offre pédagogique rédigée, moyens à confirmer.</w:t>
      </w:r>
    </w:p>
    <w:p>
      <w:pPr>
        <w:spacing w:after="100"/>
      </w:pPr>
      <w:r>
        <w:rPr>
          <w:b/>
        </w:rPr>
        <w:t xml:space="preserve">Objectif évalué  </w:t>
      </w:r>
      <w:r>
        <w:t>Établir un PPI et tester deux scénarios de recettes et de dépenses.</w:t>
      </w:r>
    </w:p>
    <w:p>
      <w:pPr>
        <w:spacing w:after="60"/>
      </w:pPr>
      <w:r>
        <w:t>1  Budget M57 et compte financier unique  •  3 h</w:t>
      </w:r>
    </w:p>
    <w:p>
      <w:pPr>
        <w:spacing w:after="60"/>
      </w:pPr>
      <w:r>
        <w:t>2  Épargne trésorerie et marges de manœuvre  •  4 h</w:t>
      </w:r>
    </w:p>
    <w:p>
      <w:pPr>
        <w:spacing w:after="60"/>
      </w:pPr>
      <w:r>
        <w:t>3  Priorisation des investissements et coûts de fonctionnement  •  4 h</w:t>
      </w:r>
    </w:p>
    <w:p>
      <w:pPr>
        <w:spacing w:after="60"/>
      </w:pPr>
      <w:r>
        <w:t>4  Prospective financière et débat budgétaire  •  3 h</w:t>
      </w:r>
    </w:p>
    <w:p>
      <w:pPr>
        <w:spacing w:after="100"/>
      </w:pPr>
      <w:r>
        <w:rPr>
          <w:b/>
        </w:rPr>
        <w:t xml:space="preserve">Atelier et livrable  </w:t>
      </w:r>
      <w:r>
        <w:t>Établir un PPI et tester deux scénarios de recettes et de dépenses. Le livrable est discuté puis corrigé avec la grille commune. Le temps de production est inclus dans les séquences 3 et 4.</w:t>
      </w:r>
    </w:p>
    <w:p>
      <w:pPr>
        <w:spacing w:after="100"/>
      </w:pPr>
      <w:r>
        <w:rPr>
          <w:b/>
        </w:rPr>
        <w:t xml:space="preserve">Articulation et vigilance  </w:t>
      </w:r>
      <w:r>
        <w:t>P8 approfondit la dette et P9 le financement d’un projet. CFU obligatoire à partir des comptes 2026.</w:t>
      </w:r>
    </w:p>
    <w:p>
      <w:pPr>
        <w:pStyle w:val="Heading2"/>
      </w:pPr>
      <w:r>
        <w:t>P8  Décider en matière de dette et de trésorerie</w:t>
      </w:r>
    </w:p>
    <w:p>
      <w:pPr>
        <w:spacing w:after="100"/>
      </w:pPr>
      <w:r>
        <w:rPr>
          <w:b/>
        </w:rPr>
        <w:t xml:space="preserve">Durée et public  </w:t>
      </w:r>
      <w:r>
        <w:t>7 h • Domaine 5 • Élus concernés par le sujet. Offre pédagogique rédigée, moyens à confirmer.</w:t>
      </w:r>
    </w:p>
    <w:p>
      <w:pPr>
        <w:spacing w:after="100"/>
      </w:pPr>
      <w:r>
        <w:rPr>
          <w:b/>
        </w:rPr>
        <w:t xml:space="preserve">Objectif évalué  </w:t>
      </w:r>
      <w:r>
        <w:t>Comparer trois offres en coût total avec indemnités et sensibilité aux taux.</w:t>
      </w:r>
    </w:p>
    <w:p>
      <w:pPr>
        <w:spacing w:after="60"/>
      </w:pPr>
      <w:r>
        <w:t>1  Lire un contrat et un tableau de dette  •  1,5 h</w:t>
      </w:r>
    </w:p>
    <w:p>
      <w:pPr>
        <w:spacing w:after="60"/>
      </w:pPr>
      <w:r>
        <w:t>2  Taux échéances liquidité et risques  •  2 h</w:t>
      </w:r>
    </w:p>
    <w:p>
      <w:pPr>
        <w:spacing w:after="60"/>
      </w:pPr>
      <w:r>
        <w:t>3  Comparer conservation renégociation et refinancement  •  2 h</w:t>
      </w:r>
    </w:p>
    <w:p>
      <w:pPr>
        <w:spacing w:after="60"/>
      </w:pPr>
      <w:r>
        <w:t>4  Tracer les hypothèses et préparer la décision  •  1,5 h</w:t>
      </w:r>
    </w:p>
    <w:p>
      <w:pPr>
        <w:spacing w:after="100"/>
      </w:pPr>
      <w:r>
        <w:rPr>
          <w:b/>
        </w:rPr>
        <w:t xml:space="preserve">Atelier et livrable  </w:t>
      </w:r>
      <w:r>
        <w:t>Comparer trois offres en coût total avec indemnités et sensibilité aux taux. Le livrable est discuté puis corrigé avec la grille commune. Le temps de production est inclus dans les séquences 3 et 4.</w:t>
      </w:r>
    </w:p>
    <w:p>
      <w:pPr>
        <w:spacing w:after="100"/>
      </w:pPr>
      <w:r>
        <w:rPr>
          <w:b/>
        </w:rPr>
        <w:t xml:space="preserve">Articulation et vigilance  </w:t>
      </w:r>
      <w:r>
        <w:t>Après P7 ou connaissance du budget. Aucun gain de renégociation n est garanti.</w:t>
      </w:r>
    </w:p>
    <w:p>
      <w:pPr>
        <w:pStyle w:val="Heading2"/>
        <w:pageBreakBefore/>
      </w:pPr>
      <w:r>
        <w:t>P9  Financer un projet communal</w:t>
      </w:r>
    </w:p>
    <w:p>
      <w:pPr>
        <w:spacing w:after="100"/>
      </w:pPr>
      <w:r>
        <w:rPr>
          <w:b/>
        </w:rPr>
        <w:t xml:space="preserve">Durée et public  </w:t>
      </w:r>
      <w:r>
        <w:t>14 h • Domaine 5 • Élus concernés par le sujet. Offre pédagogique rédigée, moyens à confirmer.</w:t>
      </w:r>
    </w:p>
    <w:p>
      <w:pPr>
        <w:spacing w:after="100"/>
      </w:pPr>
      <w:r>
        <w:rPr>
          <w:b/>
        </w:rPr>
        <w:t xml:space="preserve">Objectif évalué  </w:t>
      </w:r>
      <w:r>
        <w:t>Monter un dossier et un plan de financement soutenable d’une rénovation communale.</w:t>
      </w:r>
    </w:p>
    <w:p>
      <w:pPr>
        <w:spacing w:after="60"/>
      </w:pPr>
      <w:r>
        <w:t>1  Éligibilité aux aides selon le projet et le bénéficiaire  •  3 h</w:t>
      </w:r>
    </w:p>
    <w:p>
      <w:pPr>
        <w:spacing w:after="60"/>
      </w:pPr>
      <w:r>
        <w:t>2  Plan de financement cofinancements et calendrier  •  4 h</w:t>
      </w:r>
    </w:p>
    <w:p>
      <w:pPr>
        <w:spacing w:after="60"/>
      </w:pPr>
      <w:r>
        <w:t>3  Subventions européennes mécénat et financement participatif  •  4 h</w:t>
      </w:r>
    </w:p>
    <w:p>
      <w:pPr>
        <w:spacing w:after="60"/>
      </w:pPr>
      <w:r>
        <w:t>4  Exécution justificatifs et risque de reversement  •  3 h</w:t>
      </w:r>
    </w:p>
    <w:p>
      <w:pPr>
        <w:spacing w:after="100"/>
      </w:pPr>
      <w:r>
        <w:rPr>
          <w:b/>
        </w:rPr>
        <w:t xml:space="preserve">Atelier et livrable  </w:t>
      </w:r>
      <w:r>
        <w:t>Monter un dossier et un plan de financement soutenable d’une rénovation communale. Le livrable est discuté puis corrigé avec la grille commune. Le temps de production est inclus dans les séquences 3 et 4.</w:t>
      </w:r>
    </w:p>
    <w:p>
      <w:pPr>
        <w:spacing w:after="100"/>
      </w:pPr>
      <w:r>
        <w:rPr>
          <w:b/>
        </w:rPr>
        <w:t xml:space="preserve">Articulation et vigilance  </w:t>
      </w:r>
      <w:r>
        <w:t>Complète P7 sans reprendre la dette. Les fonds de dotation ne constituent pas une voie générale de financement public.</w:t>
      </w:r>
    </w:p>
    <w:p>
      <w:pPr>
        <w:pStyle w:val="Heading2"/>
      </w:pPr>
      <w:r>
        <w:t>P10  Préparer et suivre un marché public communal</w:t>
      </w:r>
    </w:p>
    <w:p>
      <w:pPr>
        <w:spacing w:after="100"/>
      </w:pPr>
      <w:r>
        <w:rPr>
          <w:b/>
        </w:rPr>
        <w:t xml:space="preserve">Durée et public  </w:t>
      </w:r>
      <w:r>
        <w:t>14 h • Domaine 5 • Élus concernés par le sujet. Offre pédagogique rédigée, moyens à confirmer.</w:t>
      </w:r>
    </w:p>
    <w:p>
      <w:pPr>
        <w:spacing w:after="100"/>
      </w:pPr>
      <w:r>
        <w:rPr>
          <w:b/>
        </w:rPr>
        <w:t xml:space="preserve">Objectif évalué  </w:t>
      </w:r>
      <w:r>
        <w:t>Réaliser une grille d’analyse et décider sur un marché de travaux fictif.</w:t>
      </w:r>
    </w:p>
    <w:p>
      <w:pPr>
        <w:spacing w:after="60"/>
      </w:pPr>
      <w:r>
        <w:t>1  Définir le besoin et estimer la valeur  •  3 h</w:t>
      </w:r>
    </w:p>
    <w:p>
      <w:pPr>
        <w:spacing w:after="60"/>
      </w:pPr>
      <w:r>
        <w:t>2  Choisir la procédure et organiser la publicité  •  4 h</w:t>
      </w:r>
    </w:p>
    <w:p>
      <w:pPr>
        <w:spacing w:after="60"/>
      </w:pPr>
      <w:r>
        <w:t>3  Analyser les offres et prévenir les conflits d’intérêts  •  4 h</w:t>
      </w:r>
    </w:p>
    <w:p>
      <w:pPr>
        <w:spacing w:after="60"/>
      </w:pPr>
      <w:r>
        <w:t>4  Suivre exécution modifications et paiement  •  3 h</w:t>
      </w:r>
    </w:p>
    <w:p>
      <w:pPr>
        <w:spacing w:after="100"/>
      </w:pPr>
      <w:r>
        <w:rPr>
          <w:b/>
        </w:rPr>
        <w:t xml:space="preserve">Atelier et livrable  </w:t>
      </w:r>
      <w:r>
        <w:t>Réaliser une grille d’analyse et décider sur un marché de travaux fictif. Le livrable est discuté puis corrigé avec la grille commune. Le temps de production est inclus dans les séquences 3 et 4.</w:t>
      </w:r>
    </w:p>
    <w:p>
      <w:pPr>
        <w:spacing w:after="100"/>
      </w:pPr>
      <w:r>
        <w:rPr>
          <w:b/>
        </w:rPr>
        <w:t xml:space="preserve">Articulation et vigilance  </w:t>
      </w:r>
      <w:r>
        <w:t>P14 porte sur le projet et les responsabilités du maître d’ouvrage. Seuils vérifiés à la date de session.</w:t>
      </w:r>
    </w:p>
    <w:p>
      <w:pPr>
        <w:pStyle w:val="Heading2"/>
        <w:pageBreakBefore/>
      </w:pPr>
      <w:r>
        <w:t>P11  Planifier l’urbanisme et la sobriété foncière</w:t>
      </w:r>
    </w:p>
    <w:p>
      <w:pPr>
        <w:spacing w:after="100"/>
      </w:pPr>
      <w:r>
        <w:rPr>
          <w:b/>
        </w:rPr>
        <w:t xml:space="preserve">Durée et public  </w:t>
      </w:r>
      <w:r>
        <w:t>14 h • Domaine 3 • Élus concernés par le sujet. Offre pédagogique rédigée, moyens à confirmer.</w:t>
      </w:r>
    </w:p>
    <w:p>
      <w:pPr>
        <w:spacing w:after="100"/>
      </w:pPr>
      <w:r>
        <w:rPr>
          <w:b/>
        </w:rPr>
        <w:t xml:space="preserve">Objectif évalué  </w:t>
      </w:r>
      <w:r>
        <w:t>Comparer deux scénarios d’aménagement à partir d’un document local anonymisé.</w:t>
      </w:r>
    </w:p>
    <w:p>
      <w:pPr>
        <w:spacing w:after="60"/>
      </w:pPr>
      <w:r>
        <w:t>1  Compétences documents et articulation PLU PLUi SCoT  •  3 h</w:t>
      </w:r>
    </w:p>
    <w:p>
      <w:pPr>
        <w:spacing w:after="60"/>
      </w:pPr>
      <w:r>
        <w:t>2  Diagnostic foncier et besoins locaux  •  4 h</w:t>
      </w:r>
    </w:p>
    <w:p>
      <w:pPr>
        <w:spacing w:after="60"/>
      </w:pPr>
      <w:r>
        <w:t>3  Sobriété foncière et trajectoires applicables  •  4 h</w:t>
      </w:r>
    </w:p>
    <w:p>
      <w:pPr>
        <w:spacing w:after="60"/>
      </w:pPr>
      <w:r>
        <w:t>4  Procédures de planification et association des habitants  •  3 h</w:t>
      </w:r>
    </w:p>
    <w:p>
      <w:pPr>
        <w:spacing w:after="100"/>
      </w:pPr>
      <w:r>
        <w:rPr>
          <w:b/>
        </w:rPr>
        <w:t xml:space="preserve">Atelier et livrable  </w:t>
      </w:r>
      <w:r>
        <w:t>Comparer deux scénarios d’aménagement à partir d’un document local anonymisé. Le livrable est discuté puis corrigé avec la grille commune. Le temps de production est inclus dans les séquences 3 et 4.</w:t>
      </w:r>
    </w:p>
    <w:p>
      <w:pPr>
        <w:spacing w:after="100"/>
      </w:pPr>
      <w:r>
        <w:rPr>
          <w:b/>
        </w:rPr>
        <w:t xml:space="preserve">Articulation et vigilance  </w:t>
      </w:r>
      <w:r>
        <w:t>P12 traite une acquisition et P13 le logement. Les règles ZAN sont actualisées avant session.</w:t>
      </w:r>
    </w:p>
    <w:p>
      <w:pPr>
        <w:pStyle w:val="Heading2"/>
      </w:pPr>
      <w:r>
        <w:t>P12  Sécuriser une préemption communale</w:t>
      </w:r>
    </w:p>
    <w:p>
      <w:pPr>
        <w:spacing w:after="100"/>
      </w:pPr>
      <w:r>
        <w:rPr>
          <w:b/>
        </w:rPr>
        <w:t xml:space="preserve">Durée et public  </w:t>
      </w:r>
      <w:r>
        <w:t>7 h • Domaine 3 • Élus concernés par le sujet. Offre pédagogique rédigée, moyens à confirmer.</w:t>
      </w:r>
    </w:p>
    <w:p>
      <w:pPr>
        <w:spacing w:after="100"/>
      </w:pPr>
      <w:r>
        <w:rPr>
          <w:b/>
        </w:rPr>
        <w:t xml:space="preserve">Objectif évalué  </w:t>
      </w:r>
      <w:r>
        <w:t>Construire une chronologie et une décision de préemption motivée.</w:t>
      </w:r>
    </w:p>
    <w:p>
      <w:pPr>
        <w:spacing w:after="60"/>
      </w:pPr>
      <w:r>
        <w:t>1  Vérifier le titulaire du droit et les délégations  •  1,5 h</w:t>
      </w:r>
    </w:p>
    <w:p>
      <w:pPr>
        <w:spacing w:after="60"/>
      </w:pPr>
      <w:r>
        <w:t>2  Qualifier le projet et analyser une DIA  •  2 h</w:t>
      </w:r>
    </w:p>
    <w:p>
      <w:pPr>
        <w:spacing w:after="60"/>
      </w:pPr>
      <w:r>
        <w:t>3  Délais motivation prix et suites de la décision  •  2 h</w:t>
      </w:r>
    </w:p>
    <w:p>
      <w:pPr>
        <w:spacing w:after="60"/>
      </w:pPr>
      <w:r>
        <w:t>4  Anticiper recours et traçabilité du dossier  •  1,5 h</w:t>
      </w:r>
    </w:p>
    <w:p>
      <w:pPr>
        <w:spacing w:after="100"/>
      </w:pPr>
      <w:r>
        <w:rPr>
          <w:b/>
        </w:rPr>
        <w:t xml:space="preserve">Atelier et livrable  </w:t>
      </w:r>
      <w:r>
        <w:t>Construire une chronologie et une décision de préemption motivée. Le livrable est discuté puis corrigé avec la grille commune. Le temps de production est inclus dans les séquences 3 et 4.</w:t>
      </w:r>
    </w:p>
    <w:p>
      <w:pPr>
        <w:spacing w:after="100"/>
      </w:pPr>
      <w:r>
        <w:rPr>
          <w:b/>
        </w:rPr>
        <w:t xml:space="preserve">Articulation et vigilance  </w:t>
      </w:r>
      <w:r>
        <w:t>DPU ENS et interventions SAFER sont distingués. Le maire n est pas titulaire de tous les droits fonciers.</w:t>
      </w:r>
    </w:p>
    <w:p>
      <w:pPr>
        <w:pStyle w:val="Heading2"/>
        <w:pageBreakBefore/>
      </w:pPr>
      <w:r>
        <w:t>P13  Agir sur le logement en territoire rural</w:t>
      </w:r>
    </w:p>
    <w:p>
      <w:pPr>
        <w:spacing w:after="100"/>
      </w:pPr>
      <w:r>
        <w:rPr>
          <w:b/>
        </w:rPr>
        <w:t xml:space="preserve">Durée et public  </w:t>
      </w:r>
      <w:r>
        <w:t>14 h • Domaine 3 • Élus concernés par le sujet. Offre pédagogique rédigée, moyens à confirmer.</w:t>
      </w:r>
    </w:p>
    <w:p>
      <w:pPr>
        <w:spacing w:after="100"/>
      </w:pPr>
      <w:r>
        <w:rPr>
          <w:b/>
        </w:rPr>
        <w:t xml:space="preserve">Objectif évalué  </w:t>
      </w:r>
      <w:r>
        <w:t>Préparer une note de choix pour remettre des logements vacants sur le marché.</w:t>
      </w:r>
    </w:p>
    <w:p>
      <w:pPr>
        <w:spacing w:after="60"/>
      </w:pPr>
      <w:r>
        <w:t>1  Compétences commune EPCI et partenaires  •  3 h</w:t>
      </w:r>
    </w:p>
    <w:p>
      <w:pPr>
        <w:spacing w:after="60"/>
      </w:pPr>
      <w:r>
        <w:t>2  Diagnostic vacance besoins et parc existant  •  4 h</w:t>
      </w:r>
    </w:p>
    <w:p>
      <w:pPr>
        <w:spacing w:after="60"/>
      </w:pPr>
      <w:r>
        <w:t>3  Réhabilitation habitat indigne et outils fonciers  •  4 h</w:t>
      </w:r>
    </w:p>
    <w:p>
      <w:pPr>
        <w:spacing w:after="60"/>
      </w:pPr>
      <w:r>
        <w:t>4  Montage pilotage et évaluation d’un projet de logement  •  3 h</w:t>
      </w:r>
    </w:p>
    <w:p>
      <w:pPr>
        <w:spacing w:after="100"/>
      </w:pPr>
      <w:r>
        <w:rPr>
          <w:b/>
        </w:rPr>
        <w:t xml:space="preserve">Atelier et livrable  </w:t>
      </w:r>
      <w:r>
        <w:t>Préparer une note de choix pour remettre des logements vacants sur le marché. Le livrable est discuté puis corrigé avec la grille commune. Le temps de production est inclus dans les séquences 3 et 4.</w:t>
      </w:r>
    </w:p>
    <w:p>
      <w:pPr>
        <w:spacing w:after="100"/>
      </w:pPr>
      <w:r>
        <w:rPr>
          <w:b/>
        </w:rPr>
        <w:t xml:space="preserve">Articulation et vigilance  </w:t>
      </w:r>
      <w:r>
        <w:t>P11 traite la planification et P14 le chantier. Éco Énergie Tertiaire concerne les bâtiments tertiaires dans son champ et non le logement en général.</w:t>
      </w:r>
    </w:p>
    <w:p>
      <w:pPr>
        <w:pStyle w:val="Heading2"/>
      </w:pPr>
      <w:r>
        <w:t>P14  Conduire un projet comme maître d’ouvrage</w:t>
      </w:r>
    </w:p>
    <w:p>
      <w:pPr>
        <w:spacing w:after="100"/>
      </w:pPr>
      <w:r>
        <w:rPr>
          <w:b/>
        </w:rPr>
        <w:t xml:space="preserve">Durée et public  </w:t>
      </w:r>
      <w:r>
        <w:t>14 h • Domaine 3 • Élus concernés par le sujet. Offre pédagogique rédigée, moyens à confirmer.</w:t>
      </w:r>
    </w:p>
    <w:p>
      <w:pPr>
        <w:spacing w:after="100"/>
      </w:pPr>
      <w:r>
        <w:rPr>
          <w:b/>
        </w:rPr>
        <w:t xml:space="preserve">Objectif évalué  </w:t>
      </w:r>
      <w:r>
        <w:t>Établir un programme une matrice des risques et les points de décision d’une opération.</w:t>
      </w:r>
    </w:p>
    <w:p>
      <w:pPr>
        <w:spacing w:after="60"/>
      </w:pPr>
      <w:r>
        <w:t>1  Besoin programme et décision d’investissement  •  3 h</w:t>
      </w:r>
    </w:p>
    <w:p>
      <w:pPr>
        <w:spacing w:after="60"/>
      </w:pPr>
      <w:r>
        <w:t>2  AMO maîtrise d œuvre et partage des responsabilités  •  4 h</w:t>
      </w:r>
    </w:p>
    <w:p>
      <w:pPr>
        <w:spacing w:after="60"/>
      </w:pPr>
      <w:r>
        <w:t>3  Coûts délais risques et pilotage du chantier  •  4 h</w:t>
      </w:r>
    </w:p>
    <w:p>
      <w:pPr>
        <w:spacing w:after="60"/>
      </w:pPr>
      <w:r>
        <w:t>4  Réception garanties exploitation et retour d’expérience  •  3 h</w:t>
      </w:r>
    </w:p>
    <w:p>
      <w:pPr>
        <w:spacing w:after="100"/>
      </w:pPr>
      <w:r>
        <w:rPr>
          <w:b/>
        </w:rPr>
        <w:t xml:space="preserve">Atelier et livrable  </w:t>
      </w:r>
      <w:r>
        <w:t>Établir un programme une matrice des risques et les points de décision d’une opération. Le livrable est discuté puis corrigé avec la grille commune. Le temps de production est inclus dans les séquences 3 et 4.</w:t>
      </w:r>
    </w:p>
    <w:p>
      <w:pPr>
        <w:spacing w:after="100"/>
      </w:pPr>
      <w:r>
        <w:rPr>
          <w:b/>
        </w:rPr>
        <w:t xml:space="preserve">Articulation et vigilance  </w:t>
      </w:r>
      <w:r>
        <w:t>P10 couvre la procédure d’achat et P9 les financements. Le cas porte sur un petit équipement communal.</w:t>
      </w:r>
    </w:p>
    <w:p>
      <w:pPr>
        <w:pStyle w:val="Heading2"/>
        <w:pageBreakBefore/>
      </w:pPr>
      <w:r>
        <w:t>P15  Organiser les services d’eau et d’assainissement</w:t>
      </w:r>
    </w:p>
    <w:p>
      <w:pPr>
        <w:spacing w:after="100"/>
      </w:pPr>
      <w:r>
        <w:rPr>
          <w:b/>
        </w:rPr>
        <w:t xml:space="preserve">Durée et public  </w:t>
      </w:r>
      <w:r>
        <w:t>7 h • Domaine 2 • Élus concernés par le sujet. Offre pédagogique rédigée, moyens à confirmer.</w:t>
      </w:r>
    </w:p>
    <w:p>
      <w:pPr>
        <w:spacing w:after="100"/>
      </w:pPr>
      <w:r>
        <w:rPr>
          <w:b/>
        </w:rPr>
        <w:t xml:space="preserve">Objectif évalué  </w:t>
      </w:r>
      <w:r>
        <w:t>Cartographier la compétence réelle puis comparer deux organisations de service.</w:t>
      </w:r>
    </w:p>
    <w:p>
      <w:pPr>
        <w:spacing w:after="60"/>
      </w:pPr>
      <w:r>
        <w:t>1  Compétences et effets de la loi du 11 avril 2025  •  1,5 h</w:t>
      </w:r>
    </w:p>
    <w:p>
      <w:pPr>
        <w:spacing w:after="60"/>
      </w:pPr>
      <w:r>
        <w:t>2  Commune EPCI syndicat et conventions  •  2 h</w:t>
      </w:r>
    </w:p>
    <w:p>
      <w:pPr>
        <w:spacing w:after="60"/>
      </w:pPr>
      <w:r>
        <w:t>3  Modes de gestion qualité et tarification  •  2 h</w:t>
      </w:r>
    </w:p>
    <w:p>
      <w:pPr>
        <w:spacing w:after="60"/>
      </w:pPr>
      <w:r>
        <w:t>4  Investissements continuité et information des usagers  •  1,5 h</w:t>
      </w:r>
    </w:p>
    <w:p>
      <w:pPr>
        <w:spacing w:after="100"/>
      </w:pPr>
      <w:r>
        <w:rPr>
          <w:b/>
        </w:rPr>
        <w:t xml:space="preserve">Atelier et livrable  </w:t>
      </w:r>
      <w:r>
        <w:t>Cartographier la compétence réelle puis comparer deux organisations de service. Le livrable est discuté puis corrigé avec la grille commune. Le temps de production est inclus dans les séquences 3 et 4.</w:t>
      </w:r>
    </w:p>
    <w:p>
      <w:pPr>
        <w:spacing w:after="100"/>
      </w:pPr>
      <w:r>
        <w:rPr>
          <w:b/>
        </w:rPr>
        <w:t xml:space="preserve">Articulation et vigilance  </w:t>
      </w:r>
      <w:r>
        <w:t>La situation locale et les transferts déjà réalisés sont vérifiés. La GEMAPI reste un sujet distinct.</w:t>
      </w:r>
    </w:p>
    <w:p>
      <w:pPr>
        <w:pStyle w:val="Heading2"/>
      </w:pPr>
      <w:r>
        <w:t>P16  Préparer la transition et l’adaptation de la commune</w:t>
      </w:r>
    </w:p>
    <w:p>
      <w:pPr>
        <w:spacing w:after="100"/>
      </w:pPr>
      <w:r>
        <w:rPr>
          <w:b/>
        </w:rPr>
        <w:t xml:space="preserve">Durée et public  </w:t>
      </w:r>
      <w:r>
        <w:t>14 h • Domaine 3 • Élus concernés par le sujet. Offre pédagogique rédigée, moyens à confirmer.</w:t>
      </w:r>
    </w:p>
    <w:p>
      <w:pPr>
        <w:spacing w:after="100"/>
      </w:pPr>
      <w:r>
        <w:rPr>
          <w:b/>
        </w:rPr>
        <w:t xml:space="preserve">Objectif évalué  </w:t>
      </w:r>
      <w:r>
        <w:t>Prioriser cinq actions avec coûts responsables calendrier et indicateurs.</w:t>
      </w:r>
    </w:p>
    <w:p>
      <w:pPr>
        <w:spacing w:after="60"/>
      </w:pPr>
      <w:r>
        <w:t>1  Vulnérabilités climatiques et compétences locales  •  3 h</w:t>
      </w:r>
    </w:p>
    <w:p>
      <w:pPr>
        <w:spacing w:after="60"/>
      </w:pPr>
      <w:r>
        <w:t>2  Sobriété énergie eau et patrimoine  •  4 h</w:t>
      </w:r>
    </w:p>
    <w:p>
      <w:pPr>
        <w:spacing w:after="60"/>
      </w:pPr>
      <w:r>
        <w:t>3  Priorités coûts et coordination avec l’EPCI  •  4 h</w:t>
      </w:r>
    </w:p>
    <w:p>
      <w:pPr>
        <w:spacing w:after="60"/>
      </w:pPr>
      <w:r>
        <w:t>4  Plan d’action indicateurs et mobilisation des habitants  •  3 h</w:t>
      </w:r>
    </w:p>
    <w:p>
      <w:pPr>
        <w:spacing w:after="100"/>
      </w:pPr>
      <w:r>
        <w:rPr>
          <w:b/>
        </w:rPr>
        <w:t xml:space="preserve">Atelier et livrable  </w:t>
      </w:r>
      <w:r>
        <w:t>Prioriser cinq actions avec coûts responsables calendrier et indicateurs. Le livrable est discuté puis corrigé avec la grille commune. Le temps de production est inclus dans les séquences 3 et 4.</w:t>
      </w:r>
    </w:p>
    <w:p>
      <w:pPr>
        <w:spacing w:after="100"/>
      </w:pPr>
      <w:r>
        <w:rPr>
          <w:b/>
        </w:rPr>
        <w:t xml:space="preserve">Articulation et vigilance  </w:t>
      </w:r>
      <w:r>
        <w:t>Les montages photovoltaïques sont traités dans le module énergie du catalogue commun.</w:t>
      </w:r>
    </w:p>
    <w:p>
      <w:pPr>
        <w:pStyle w:val="Heading2"/>
        <w:pageBreakBefore/>
      </w:pPr>
      <w:r>
        <w:t>P17A  Organiser l’accueil de la petite enfance</w:t>
      </w:r>
    </w:p>
    <w:p>
      <w:pPr>
        <w:spacing w:after="100"/>
      </w:pPr>
      <w:r>
        <w:rPr>
          <w:b/>
        </w:rPr>
        <w:t xml:space="preserve">Durée et public  </w:t>
      </w:r>
      <w:r>
        <w:t>7 h • Domaine 2 • Élus concernés par le sujet. Offre pédagogique rédigée, moyens à confirmer.</w:t>
      </w:r>
    </w:p>
    <w:p>
      <w:pPr>
        <w:spacing w:after="100"/>
      </w:pPr>
      <w:r>
        <w:rPr>
          <w:b/>
        </w:rPr>
        <w:t xml:space="preserve">Objectif évalué  </w:t>
      </w:r>
      <w:r>
        <w:t>Construire une carte des besoins et une feuille de route avec partenaires.</w:t>
      </w:r>
    </w:p>
    <w:p>
      <w:pPr>
        <w:spacing w:after="60"/>
      </w:pPr>
      <w:r>
        <w:t>1  Rôle de l’autorité organisatrice et seuils applicables  •  1,5 h</w:t>
      </w:r>
    </w:p>
    <w:p>
      <w:pPr>
        <w:spacing w:after="60"/>
      </w:pPr>
      <w:r>
        <w:t>2  Diagnostic des besoins et coopération locale  •  2 h</w:t>
      </w:r>
    </w:p>
    <w:p>
      <w:pPr>
        <w:spacing w:after="60"/>
      </w:pPr>
      <w:r>
        <w:t>3  Modes d’accueil partenaires et modèle économique  •  2 h</w:t>
      </w:r>
    </w:p>
    <w:p>
      <w:pPr>
        <w:spacing w:after="60"/>
      </w:pPr>
      <w:r>
        <w:t>4  Qualité accessibilité et suivi du service  •  1,5 h</w:t>
      </w:r>
    </w:p>
    <w:p>
      <w:pPr>
        <w:spacing w:after="100"/>
      </w:pPr>
      <w:r>
        <w:rPr>
          <w:b/>
        </w:rPr>
        <w:t xml:space="preserve">Atelier et livrable  </w:t>
      </w:r>
      <w:r>
        <w:t>Construire une carte des besoins et une feuille de route avec partenaires. Le livrable est discuté puis corrigé avec la grille commune. Le temps de production est inclus dans les séquences 3 et 4.</w:t>
      </w:r>
    </w:p>
    <w:p>
      <w:pPr>
        <w:spacing w:after="100"/>
      </w:pPr>
      <w:r>
        <w:rPr>
          <w:b/>
        </w:rPr>
        <w:t xml:space="preserve">Articulation et vigilance  </w:t>
      </w:r>
      <w:r>
        <w:t>Scission de P17. Les obligations sont vérifiées selon la population et les compétences exercées.</w:t>
      </w:r>
    </w:p>
    <w:p>
      <w:pPr>
        <w:pStyle w:val="Heading2"/>
      </w:pPr>
      <w:r>
        <w:t>P17B  Piloter l’école et les services aux jeunes</w:t>
      </w:r>
    </w:p>
    <w:p>
      <w:pPr>
        <w:spacing w:after="100"/>
      </w:pPr>
      <w:r>
        <w:rPr>
          <w:b/>
        </w:rPr>
        <w:t xml:space="preserve">Durée et public  </w:t>
      </w:r>
      <w:r>
        <w:t>7 h • Domaine 2 • Élus concernés par le sujet. Offre pédagogique rédigée, moyens à confirmer.</w:t>
      </w:r>
    </w:p>
    <w:p>
      <w:pPr>
        <w:spacing w:after="100"/>
      </w:pPr>
      <w:r>
        <w:rPr>
          <w:b/>
        </w:rPr>
        <w:t xml:space="preserve">Objectif évalué  </w:t>
      </w:r>
      <w:r>
        <w:t>Comparer deux organisations de service avec effets sur les familles et le budget.</w:t>
      </w:r>
    </w:p>
    <w:p>
      <w:pPr>
        <w:spacing w:after="60"/>
      </w:pPr>
      <w:r>
        <w:t>1  Compétences scolaires et relations avec l’Éducation nationale  •  1,5 h</w:t>
      </w:r>
    </w:p>
    <w:p>
      <w:pPr>
        <w:spacing w:after="60"/>
      </w:pPr>
      <w:r>
        <w:t>2  Restauration périscolaire et continuité du service  •  2 h</w:t>
      </w:r>
    </w:p>
    <w:p>
      <w:pPr>
        <w:spacing w:after="60"/>
      </w:pPr>
      <w:r>
        <w:t>3  Coopération intercommunale et coûts  •  2 h</w:t>
      </w:r>
    </w:p>
    <w:p>
      <w:pPr>
        <w:spacing w:after="60"/>
      </w:pPr>
      <w:r>
        <w:t>4  Place des jeunes et prévention des exclusions  •  1,5 h</w:t>
      </w:r>
    </w:p>
    <w:p>
      <w:pPr>
        <w:spacing w:after="100"/>
      </w:pPr>
      <w:r>
        <w:rPr>
          <w:b/>
        </w:rPr>
        <w:t xml:space="preserve">Atelier et livrable  </w:t>
      </w:r>
      <w:r>
        <w:t>Comparer deux organisations de service avec effets sur les familles et le budget. Le livrable est discuté puis corrigé avec la grille commune. Le temps de production est inclus dans les séquences 3 et 4.</w:t>
      </w:r>
    </w:p>
    <w:p>
      <w:pPr>
        <w:spacing w:after="100"/>
      </w:pPr>
      <w:r>
        <w:rPr>
          <w:b/>
        </w:rPr>
        <w:t xml:space="preserve">Articulation et vigilance  </w:t>
      </w:r>
      <w:r>
        <w:t>Scission de P17. Les contenus sur la petite enfance sont réservés à P17A.</w:t>
      </w:r>
    </w:p>
    <w:p>
      <w:pPr>
        <w:pStyle w:val="Heading2"/>
        <w:pageBreakBefore/>
      </w:pPr>
      <w:r>
        <w:t>P18  Organiser l’accès aux services publics ruraux</w:t>
      </w:r>
    </w:p>
    <w:p>
      <w:pPr>
        <w:spacing w:after="100"/>
      </w:pPr>
      <w:r>
        <w:rPr>
          <w:b/>
        </w:rPr>
        <w:t xml:space="preserve">Durée et public  </w:t>
      </w:r>
      <w:r>
        <w:t>14 h • Domaine 2 • Élus concernés par le sujet. Offre pédagogique rédigée, moyens à confirmer.</w:t>
      </w:r>
    </w:p>
    <w:p>
      <w:pPr>
        <w:spacing w:after="100"/>
      </w:pPr>
      <w:r>
        <w:rPr>
          <w:b/>
        </w:rPr>
        <w:t xml:space="preserve">Objectif évalué  </w:t>
      </w:r>
      <w:r>
        <w:t>Comparer maintien mutualisation et accueil multiservice sur un territoire fictif.</w:t>
      </w:r>
    </w:p>
    <w:p>
      <w:pPr>
        <w:spacing w:after="60"/>
      </w:pPr>
      <w:r>
        <w:t>1  Diagnostic des besoins et des ruptures d’accès  •  3 h</w:t>
      </w:r>
    </w:p>
    <w:p>
      <w:pPr>
        <w:spacing w:after="60"/>
      </w:pPr>
      <w:r>
        <w:t>2  Compétences et coopération avec les opérateurs  •  4 h</w:t>
      </w:r>
    </w:p>
    <w:p>
      <w:pPr>
        <w:spacing w:after="60"/>
      </w:pPr>
      <w:r>
        <w:t>3  Accueil itinérance mutualisation et inclusion numérique  •  4 h</w:t>
      </w:r>
    </w:p>
    <w:p>
      <w:pPr>
        <w:spacing w:after="60"/>
      </w:pPr>
      <w:r>
        <w:t>4  Choix de gestion coûts et indicateurs de service  •  3 h</w:t>
      </w:r>
    </w:p>
    <w:p>
      <w:pPr>
        <w:spacing w:after="100"/>
      </w:pPr>
      <w:r>
        <w:rPr>
          <w:b/>
        </w:rPr>
        <w:t xml:space="preserve">Atelier et livrable  </w:t>
      </w:r>
      <w:r>
        <w:t>Comparer maintien mutualisation et accueil multiservice sur un territoire fictif. Le livrable est discuté puis corrigé avec la grille commune. Le temps de production est inclus dans les séquences 3 et 4.</w:t>
      </w:r>
    </w:p>
    <w:p>
      <w:pPr>
        <w:spacing w:after="100"/>
      </w:pPr>
      <w:r>
        <w:rPr>
          <w:b/>
        </w:rPr>
        <w:t xml:space="preserve">Articulation et vigilance  </w:t>
      </w:r>
      <w:r>
        <w:t>P19 traite une fermeture annoncée. Les politiques sectorielles sont approfondies dans leurs fiches dédiées.</w:t>
      </w:r>
    </w:p>
    <w:p>
      <w:pPr>
        <w:pStyle w:val="Heading2"/>
      </w:pPr>
      <w:r>
        <w:t>P19  Répondre à une réduction de service public</w:t>
      </w:r>
    </w:p>
    <w:p>
      <w:pPr>
        <w:spacing w:after="100"/>
      </w:pPr>
      <w:r>
        <w:rPr>
          <w:b/>
        </w:rPr>
        <w:t xml:space="preserve">Durée et public  </w:t>
      </w:r>
      <w:r>
        <w:t>7 h • Domaine 2 • Élus concernés par le sujet. Offre pédagogique rédigée, moyens à confirmer.</w:t>
      </w:r>
    </w:p>
    <w:p>
      <w:pPr>
        <w:spacing w:after="100"/>
      </w:pPr>
      <w:r>
        <w:rPr>
          <w:b/>
        </w:rPr>
        <w:t xml:space="preserve">Objectif évalué  </w:t>
      </w:r>
      <w:r>
        <w:t>Préparer une note d’options avec calendrier preuves et limites juridiques.</w:t>
      </w:r>
    </w:p>
    <w:p>
      <w:pPr>
        <w:spacing w:after="60"/>
      </w:pPr>
      <w:r>
        <w:t>1  Identifier le décideur le cadre et les motifs  •  1,5 h</w:t>
      </w:r>
    </w:p>
    <w:p>
      <w:pPr>
        <w:spacing w:after="60"/>
      </w:pPr>
      <w:r>
        <w:t>2  Documenter les besoins et négocier avec les acteurs  •  2 h</w:t>
      </w:r>
    </w:p>
    <w:p>
      <w:pPr>
        <w:spacing w:after="60"/>
      </w:pPr>
      <w:r>
        <w:t>3  Comparer maintien adaptation et solutions alternatives  •  2 h</w:t>
      </w:r>
    </w:p>
    <w:p>
      <w:pPr>
        <w:spacing w:after="60"/>
      </w:pPr>
      <w:r>
        <w:t>4  Recours recevabilité urgence et choix de stratégie  •  1,5 h</w:t>
      </w:r>
    </w:p>
    <w:p>
      <w:pPr>
        <w:spacing w:after="100"/>
      </w:pPr>
      <w:r>
        <w:rPr>
          <w:b/>
        </w:rPr>
        <w:t xml:space="preserve">Atelier et livrable  </w:t>
      </w:r>
      <w:r>
        <w:t>Préparer une note d’options avec calendrier preuves et limites juridiques. Le livrable est discuté puis corrigé avec la grille commune. Le temps de production est inclus dans les séquences 3 et 4.</w:t>
      </w:r>
    </w:p>
    <w:p>
      <w:pPr>
        <w:spacing w:after="100"/>
      </w:pPr>
      <w:r>
        <w:rPr>
          <w:b/>
        </w:rPr>
        <w:t xml:space="preserve">Articulation et vigilance  </w:t>
      </w:r>
      <w:r>
        <w:t>Le recours en justice n est pas automatique. Référé et QPC ne sont examinés que si leurs conditions sont réunies.</w:t>
      </w:r>
    </w:p>
    <w:p>
      <w:pPr>
        <w:pStyle w:val="Heading2"/>
        <w:pageBreakBefore/>
      </w:pPr>
      <w:r>
        <w:t>P20A  Exercer les pouvoirs de police du maire</w:t>
      </w:r>
    </w:p>
    <w:p>
      <w:pPr>
        <w:spacing w:after="100"/>
      </w:pPr>
      <w:r>
        <w:rPr>
          <w:b/>
        </w:rPr>
        <w:t xml:space="preserve">Durée et public  </w:t>
      </w:r>
      <w:r>
        <w:t>7 h • Domaine 1 • Élus concernés par le sujet. Offre pédagogique rédigée, moyens à confirmer.</w:t>
      </w:r>
    </w:p>
    <w:p>
      <w:pPr>
        <w:spacing w:after="100"/>
      </w:pPr>
      <w:r>
        <w:rPr>
          <w:b/>
        </w:rPr>
        <w:t xml:space="preserve">Objectif évalué  </w:t>
      </w:r>
      <w:r>
        <w:t>Rédiger et tester un arrêté sur une situation locale documentée.</w:t>
      </w:r>
    </w:p>
    <w:p>
      <w:pPr>
        <w:spacing w:after="60"/>
      </w:pPr>
      <w:r>
        <w:t>1  Police générale et polices spéciales  •  1,5 h</w:t>
      </w:r>
    </w:p>
    <w:p>
      <w:pPr>
        <w:spacing w:after="60"/>
      </w:pPr>
      <w:r>
        <w:t>2  Compétences du maire du préfet et de l’EPCI  •  2 h</w:t>
      </w:r>
    </w:p>
    <w:p>
      <w:pPr>
        <w:spacing w:after="60"/>
      </w:pPr>
      <w:r>
        <w:t>3  Proportionnalité motivation et exécution des arrêtés  •  2 h</w:t>
      </w:r>
    </w:p>
    <w:p>
      <w:pPr>
        <w:spacing w:after="60"/>
      </w:pPr>
      <w:r>
        <w:t>4  Prévention sécurité et coordination des partenaires  •  1,5 h</w:t>
      </w:r>
    </w:p>
    <w:p>
      <w:pPr>
        <w:spacing w:after="100"/>
      </w:pPr>
      <w:r>
        <w:rPr>
          <w:b/>
        </w:rPr>
        <w:t xml:space="preserve">Atelier et livrable  </w:t>
      </w:r>
      <w:r>
        <w:t>Rédiger et tester un arrêté sur une situation locale documentée. Le livrable est discuté puis corrigé avec la grille commune. Le temps de production est inclus dans les séquences 3 et 4.</w:t>
      </w:r>
    </w:p>
    <w:p>
      <w:pPr>
        <w:spacing w:after="100"/>
      </w:pPr>
      <w:r>
        <w:rPr>
          <w:b/>
        </w:rPr>
        <w:t xml:space="preserve">Articulation et vigilance  </w:t>
      </w:r>
      <w:r>
        <w:t>Scission de P20. P20B concerne la sauvegarde et la continuité en crise.</w:t>
      </w:r>
    </w:p>
    <w:p>
      <w:pPr>
        <w:pStyle w:val="Heading2"/>
      </w:pPr>
      <w:r>
        <w:t>P20B  Préparer la commune à une crise</w:t>
      </w:r>
    </w:p>
    <w:p>
      <w:pPr>
        <w:spacing w:after="100"/>
      </w:pPr>
      <w:r>
        <w:rPr>
          <w:b/>
        </w:rPr>
        <w:t xml:space="preserve">Durée et public  </w:t>
      </w:r>
      <w:r>
        <w:t>7 h • Domaine 2 • Élus concernés par le sujet. Offre pédagogique rédigée, moyens à confirmer.</w:t>
      </w:r>
    </w:p>
    <w:p>
      <w:pPr>
        <w:spacing w:after="100"/>
      </w:pPr>
      <w:r>
        <w:rPr>
          <w:b/>
        </w:rPr>
        <w:t xml:space="preserve">Objectif évalué  </w:t>
      </w:r>
      <w:r>
        <w:t>Conduire un exercice d’inondation et produire une fiche réflexe corrigée.</w:t>
      </w:r>
    </w:p>
    <w:p>
      <w:pPr>
        <w:spacing w:after="60"/>
      </w:pPr>
      <w:r>
        <w:t>1  Risques et obligations PCS PICS selon le territoire  •  1,5 h</w:t>
      </w:r>
    </w:p>
    <w:p>
      <w:pPr>
        <w:spacing w:after="60"/>
      </w:pPr>
      <w:r>
        <w:t>2  Alerte sauvegarde et articulation avec les secours  •  2 h</w:t>
      </w:r>
    </w:p>
    <w:p>
      <w:pPr>
        <w:spacing w:after="60"/>
      </w:pPr>
      <w:r>
        <w:t>3  Continuité des services et organisation de la cellule  •  2 h</w:t>
      </w:r>
    </w:p>
    <w:p>
      <w:pPr>
        <w:spacing w:after="60"/>
      </w:pPr>
      <w:r>
        <w:t>4  Communication de crise et retour d’expérience  •  1,5 h</w:t>
      </w:r>
    </w:p>
    <w:p>
      <w:pPr>
        <w:spacing w:after="100"/>
      </w:pPr>
      <w:r>
        <w:rPr>
          <w:b/>
        </w:rPr>
        <w:t xml:space="preserve">Atelier et livrable  </w:t>
      </w:r>
      <w:r>
        <w:t>Conduire un exercice d’inondation et produire une fiche réflexe corrigée. Le livrable est discuté puis corrigé avec la grille commune. Le temps de production est inclus dans les séquences 3 et 4.</w:t>
      </w:r>
    </w:p>
    <w:p>
      <w:pPr>
        <w:spacing w:after="100"/>
      </w:pPr>
      <w:r>
        <w:rPr>
          <w:b/>
        </w:rPr>
        <w:t xml:space="preserve">Articulation et vigilance  </w:t>
      </w:r>
      <w:r>
        <w:t>Scission de P20. Les compétences opérationnelles des secours sont distinguées des responsabilités communales.</w:t>
      </w:r>
    </w:p>
    <w:p>
      <w:pPr>
        <w:pStyle w:val="Heading2"/>
        <w:pageBreakBefore/>
      </w:pPr>
      <w:r>
        <w:t>P21  Accompagner l’économie rurale</w:t>
      </w:r>
    </w:p>
    <w:p>
      <w:pPr>
        <w:spacing w:after="100"/>
      </w:pPr>
      <w:r>
        <w:rPr>
          <w:b/>
        </w:rPr>
        <w:t xml:space="preserve">Durée et public  </w:t>
      </w:r>
      <w:r>
        <w:t>14 h • Domaine 3 • Élus concernés par le sujet. Offre pédagogique rédigée, moyens à confirmer.</w:t>
      </w:r>
    </w:p>
    <w:p>
      <w:pPr>
        <w:spacing w:after="100"/>
      </w:pPr>
      <w:r>
        <w:rPr>
          <w:b/>
        </w:rPr>
        <w:t xml:space="preserve">Objectif évalué  </w:t>
      </w:r>
      <w:r>
        <w:t>Construire une intervention communale motivée avec partenaires et indicateurs.</w:t>
      </w:r>
    </w:p>
    <w:p>
      <w:pPr>
        <w:spacing w:after="60"/>
      </w:pPr>
      <w:r>
        <w:t>1  Compétences économiques de la région de l’EPCI et de la commune  •  3 h</w:t>
      </w:r>
    </w:p>
    <w:p>
      <w:pPr>
        <w:spacing w:after="60"/>
      </w:pPr>
      <w:r>
        <w:t>2  Diagnostic commerces activités et besoins  •  4 h</w:t>
      </w:r>
    </w:p>
    <w:p>
      <w:pPr>
        <w:spacing w:after="60"/>
      </w:pPr>
      <w:r>
        <w:t>3  Outils immobiliers partenariats et soutien juridiquement possible  •  4 h</w:t>
      </w:r>
    </w:p>
    <w:p>
      <w:pPr>
        <w:spacing w:after="60"/>
      </w:pPr>
      <w:r>
        <w:t>4  Choix des projets et évaluation des effets  •  3 h</w:t>
      </w:r>
    </w:p>
    <w:p>
      <w:pPr>
        <w:spacing w:after="100"/>
      </w:pPr>
      <w:r>
        <w:rPr>
          <w:b/>
        </w:rPr>
        <w:t xml:space="preserve">Atelier et livrable  </w:t>
      </w:r>
      <w:r>
        <w:t>Construire une intervention communale motivée avec partenaires et indicateurs. Le livrable est discuté puis corrigé avec la grille commune. Le temps de production est inclus dans les séquences 3 et 4.</w:t>
      </w:r>
    </w:p>
    <w:p>
      <w:pPr>
        <w:spacing w:after="100"/>
      </w:pPr>
      <w:r>
        <w:rPr>
          <w:b/>
        </w:rPr>
        <w:t xml:space="preserve">Articulation et vigilance  </w:t>
      </w:r>
      <w:r>
        <w:t>Ne confère pas au maire une compétence générale d’aide aux entreprises. Complète les modules centres bourgs et logement.</w:t>
      </w:r>
    </w:p>
    <w:p>
      <w:pPr>
        <w:pStyle w:val="Heading2"/>
      </w:pPr>
      <w:r>
        <w:t>P22  Agir au sein de l’intercommunalité</w:t>
      </w:r>
    </w:p>
    <w:p>
      <w:pPr>
        <w:spacing w:after="100"/>
      </w:pPr>
      <w:r>
        <w:rPr>
          <w:b/>
        </w:rPr>
        <w:t xml:space="preserve">Durée et public  </w:t>
      </w:r>
      <w:r>
        <w:t>10,5 h • Domaine 1 • Élus concernés par le sujet. Offre pédagogique rédigée, moyens à confirmer.</w:t>
      </w:r>
    </w:p>
    <w:p>
      <w:pPr>
        <w:spacing w:after="100"/>
      </w:pPr>
      <w:r>
        <w:rPr>
          <w:b/>
        </w:rPr>
        <w:t xml:space="preserve">Objectif évalué  </w:t>
      </w:r>
      <w:r>
        <w:t>Préparer une position argumentée et une convention de coopération sur un cas rural.</w:t>
      </w:r>
    </w:p>
    <w:p>
      <w:pPr>
        <w:spacing w:after="60"/>
      </w:pPr>
      <w:r>
        <w:t>1  Compétences représentation et rôle des conseillers  •  2 h</w:t>
      </w:r>
    </w:p>
    <w:p>
      <w:pPr>
        <w:spacing w:after="60"/>
      </w:pPr>
      <w:r>
        <w:t>2  Pacte de gouvernance et coordination des élus  •  3 h</w:t>
      </w:r>
    </w:p>
    <w:p>
      <w:pPr>
        <w:spacing w:after="60"/>
      </w:pPr>
      <w:r>
        <w:t>3  Finances mutualisation et conventions  •  3 h</w:t>
      </w:r>
    </w:p>
    <w:p>
      <w:pPr>
        <w:spacing w:after="60"/>
      </w:pPr>
      <w:r>
        <w:t>4  Préparer une décision partagée et suivre son exécution  •  2,5 h</w:t>
      </w:r>
    </w:p>
    <w:p>
      <w:pPr>
        <w:spacing w:after="100"/>
      </w:pPr>
      <w:r>
        <w:rPr>
          <w:b/>
        </w:rPr>
        <w:t xml:space="preserve">Atelier et livrable  </w:t>
      </w:r>
      <w:r>
        <w:t>Préparer une position argumentée et une convention de coopération sur un cas rural. Le livrable est discuté puis corrigé avec la grille commune. Le temps de production est inclus dans les séquences 3 et 4.</w:t>
      </w:r>
    </w:p>
    <w:p>
      <w:pPr>
        <w:spacing w:after="100"/>
      </w:pPr>
      <w:r>
        <w:rPr>
          <w:b/>
        </w:rPr>
        <w:t xml:space="preserve">Articulation et vigilance  </w:t>
      </w:r>
      <w:r>
        <w:t>Pour les communes de moins de mille habitants la désignation communautaire suit les règles applicables notamment l’ordre du tableau.</w:t>
      </w:r>
    </w:p>
    <w:p>
      <w:pPr>
        <w:pStyle w:val="Heading2"/>
        <w:pageBreakBefore/>
      </w:pPr>
      <w:r>
        <w:t>P23A  Gouverner les données et les usages de l’IA</w:t>
      </w:r>
    </w:p>
    <w:p>
      <w:pPr>
        <w:spacing w:after="100"/>
      </w:pPr>
      <w:r>
        <w:rPr>
          <w:b/>
        </w:rPr>
        <w:t xml:space="preserve">Durée et public  </w:t>
      </w:r>
      <w:r>
        <w:t>7 h • Domaine 2 • Élus concernés par le sujet. Offre pédagogique rédigée, moyens à confirmer.</w:t>
      </w:r>
    </w:p>
    <w:p>
      <w:pPr>
        <w:spacing w:after="100"/>
      </w:pPr>
      <w:r>
        <w:rPr>
          <w:b/>
        </w:rPr>
        <w:t xml:space="preserve">Objectif évalué  </w:t>
      </w:r>
      <w:r>
        <w:t>Évaluer un assistant de rédaction et rédiger une charte d’usage opérationnelle.</w:t>
      </w:r>
    </w:p>
    <w:p>
      <w:pPr>
        <w:spacing w:after="60"/>
      </w:pPr>
      <w:r>
        <w:t>1  Données personnelles responsabilités et relation au DPO  •  1,5 h</w:t>
      </w:r>
    </w:p>
    <w:p>
      <w:pPr>
        <w:spacing w:after="60"/>
      </w:pPr>
      <w:r>
        <w:t>2  Usages de l’IA et limites dans le service public  •  2 h</w:t>
      </w:r>
    </w:p>
    <w:p>
      <w:pPr>
        <w:spacing w:after="60"/>
      </w:pPr>
      <w:r>
        <w:t>3  Qualité des résultats transparence et contrôle humain  •  2 h</w:t>
      </w:r>
    </w:p>
    <w:p>
      <w:pPr>
        <w:spacing w:after="60"/>
      </w:pPr>
      <w:r>
        <w:t>4  Choix d’un outil et règles d’usage locales  •  1,5 h</w:t>
      </w:r>
    </w:p>
    <w:p>
      <w:pPr>
        <w:spacing w:after="100"/>
      </w:pPr>
      <w:r>
        <w:rPr>
          <w:b/>
        </w:rPr>
        <w:t xml:space="preserve">Atelier et livrable  </w:t>
      </w:r>
      <w:r>
        <w:t>Évaluer un assistant de rédaction et rédiger une charte d’usage opérationnelle. Le livrable est discuté puis corrigé avec la grille commune. Le temps de production est inclus dans les séquences 3 et 4.</w:t>
      </w:r>
    </w:p>
    <w:p>
      <w:pPr>
        <w:spacing w:after="100"/>
      </w:pPr>
      <w:r>
        <w:rPr>
          <w:b/>
        </w:rPr>
        <w:t xml:space="preserve">Articulation et vigilance  </w:t>
      </w:r>
      <w:r>
        <w:t>Scission de P23. Données fictives ou anonymisées dans les exercices.</w:t>
      </w:r>
    </w:p>
    <w:p>
      <w:pPr>
        <w:pStyle w:val="Heading2"/>
      </w:pPr>
      <w:r>
        <w:t>P23B  Prévenir une cyberattaque et maintenir les services</w:t>
      </w:r>
    </w:p>
    <w:p>
      <w:pPr>
        <w:spacing w:after="100"/>
      </w:pPr>
      <w:r>
        <w:rPr>
          <w:b/>
        </w:rPr>
        <w:t xml:space="preserve">Durée et public  </w:t>
      </w:r>
      <w:r>
        <w:t>7 h • Domaine 2 • Élus concernés par le sujet. Offre pédagogique rédigée, moyens à confirmer.</w:t>
      </w:r>
    </w:p>
    <w:p>
      <w:pPr>
        <w:spacing w:after="100"/>
      </w:pPr>
      <w:r>
        <w:rPr>
          <w:b/>
        </w:rPr>
        <w:t xml:space="preserve">Objectif évalué  </w:t>
      </w:r>
      <w:r>
        <w:t>Simuler un rançongiciel et construire une fiche de continuité du secrétariat.</w:t>
      </w:r>
    </w:p>
    <w:p>
      <w:pPr>
        <w:spacing w:after="60"/>
      </w:pPr>
      <w:r>
        <w:t>1  Exposition numérique prestataires et accès  •  1,5 h</w:t>
      </w:r>
    </w:p>
    <w:p>
      <w:pPr>
        <w:spacing w:after="60"/>
      </w:pPr>
      <w:r>
        <w:t>2  Sauvegardes authentification et sensibilisation  •  2 h</w:t>
      </w:r>
    </w:p>
    <w:p>
      <w:pPr>
        <w:spacing w:after="60"/>
      </w:pPr>
      <w:r>
        <w:t>3  Gestion d’incident responsabilités et signalements  •  2 h</w:t>
      </w:r>
    </w:p>
    <w:p>
      <w:pPr>
        <w:spacing w:after="60"/>
      </w:pPr>
      <w:r>
        <w:t>4  Continuité restauration et test du dispositif  •  1,5 h</w:t>
      </w:r>
    </w:p>
    <w:p>
      <w:pPr>
        <w:spacing w:after="100"/>
      </w:pPr>
      <w:r>
        <w:rPr>
          <w:b/>
        </w:rPr>
        <w:t xml:space="preserve">Atelier et livrable  </w:t>
      </w:r>
      <w:r>
        <w:t>Simuler un rançongiciel et construire une fiche de continuité du secrétariat. Le livrable est discuté puis corrigé avec la grille commune. Le temps de production est inclus dans les séquences 3 et 4.</w:t>
      </w:r>
    </w:p>
    <w:p>
      <w:pPr>
        <w:spacing w:after="100"/>
      </w:pPr>
      <w:r>
        <w:rPr>
          <w:b/>
        </w:rPr>
        <w:t xml:space="preserve">Articulation et vigilance  </w:t>
      </w:r>
      <w:r>
        <w:t>Scission de P23. La fiche ne vaut pas audit technique de sécurité.</w:t>
      </w:r>
    </w:p>
    <w:p>
      <w:pPr>
        <w:pStyle w:val="Heading2"/>
        <w:pageBreakBefore/>
      </w:pPr>
      <w:r>
        <w:t>P24A  Évaluer le mandat et préparer la passation</w:t>
      </w:r>
    </w:p>
    <w:p>
      <w:pPr>
        <w:spacing w:after="100"/>
      </w:pPr>
      <w:r>
        <w:rPr>
          <w:b/>
        </w:rPr>
        <w:t xml:space="preserve">Durée et public  </w:t>
      </w:r>
      <w:r>
        <w:t>7 h • Domaine 2 • Élus concernés par le sujet. Offre pédagogique rédigée, moyens à confirmer.</w:t>
      </w:r>
    </w:p>
    <w:p>
      <w:pPr>
        <w:spacing w:after="100"/>
      </w:pPr>
      <w:r>
        <w:rPr>
          <w:b/>
        </w:rPr>
        <w:t xml:space="preserve">Objectif évalué  </w:t>
      </w:r>
      <w:r>
        <w:t>Produire une trame de bilan et une liste de dossiers à transmettre.</w:t>
      </w:r>
    </w:p>
    <w:p>
      <w:pPr>
        <w:spacing w:after="60"/>
      </w:pPr>
      <w:r>
        <w:t>1  Objectifs décisions et réalisations  •  1,5 h</w:t>
      </w:r>
    </w:p>
    <w:p>
      <w:pPr>
        <w:spacing w:after="60"/>
      </w:pPr>
      <w:r>
        <w:t>2  Résultats coûts et limites des indicateurs  •  2 h</w:t>
      </w:r>
    </w:p>
    <w:p>
      <w:pPr>
        <w:spacing w:after="60"/>
      </w:pPr>
      <w:r>
        <w:t>3  Dossiers en cours archives et continuité  •  2 h</w:t>
      </w:r>
    </w:p>
    <w:p>
      <w:pPr>
        <w:spacing w:after="60"/>
      </w:pPr>
      <w:r>
        <w:t>4  Restitution factuelle et passation  •  1,5 h</w:t>
      </w:r>
    </w:p>
    <w:p>
      <w:pPr>
        <w:spacing w:after="100"/>
      </w:pPr>
      <w:r>
        <w:rPr>
          <w:b/>
        </w:rPr>
        <w:t xml:space="preserve">Atelier et livrable  </w:t>
      </w:r>
      <w:r>
        <w:t>Produire une trame de bilan et une liste de dossiers à transmettre. Le livrable est discuté puis corrigé avec la grille commune. Le temps de production est inclus dans les séquences 3 et 4.</w:t>
      </w:r>
    </w:p>
    <w:p>
      <w:pPr>
        <w:spacing w:after="100"/>
      </w:pPr>
      <w:r>
        <w:rPr>
          <w:b/>
        </w:rPr>
        <w:t xml:space="preserve">Articulation et vigilance  </w:t>
      </w:r>
      <w:r>
        <w:t>Scission de P24. P26 approfondit l’évaluation et P24B les règles de communication.</w:t>
      </w:r>
    </w:p>
    <w:p>
      <w:pPr>
        <w:pStyle w:val="Heading2"/>
      </w:pPr>
      <w:r>
        <w:t>P24B  Sécuriser la communication en période préélectorale</w:t>
      </w:r>
    </w:p>
    <w:p>
      <w:pPr>
        <w:spacing w:after="100"/>
      </w:pPr>
      <w:r>
        <w:rPr>
          <w:b/>
        </w:rPr>
        <w:t xml:space="preserve">Durée et public  </w:t>
      </w:r>
      <w:r>
        <w:t>7 h • Domaine 4 • Élus concernés par le sujet. Offre pédagogique rédigée, moyens à confirmer.</w:t>
      </w:r>
    </w:p>
    <w:p>
      <w:pPr>
        <w:spacing w:after="100"/>
      </w:pPr>
      <w:r>
        <w:rPr>
          <w:b/>
        </w:rPr>
        <w:t xml:space="preserve">Objectif évalué  </w:t>
      </w:r>
      <w:r>
        <w:t>Auditer un bulletin une inauguration et une publication numérique.</w:t>
      </w:r>
    </w:p>
    <w:p>
      <w:pPr>
        <w:spacing w:after="60"/>
      </w:pPr>
      <w:r>
        <w:t>1  Communication institutionnelle et règles électorales  •  1,5 h</w:t>
      </w:r>
    </w:p>
    <w:p>
      <w:pPr>
        <w:spacing w:after="60"/>
      </w:pPr>
      <w:r>
        <w:t>2  Supports événements et moyens publics  •  2 h</w:t>
      </w:r>
    </w:p>
    <w:p>
      <w:pPr>
        <w:spacing w:after="60"/>
      </w:pPr>
      <w:r>
        <w:t>3  Validation des publications et traçabilité  •  2 h</w:t>
      </w:r>
    </w:p>
    <w:p>
      <w:pPr>
        <w:spacing w:after="60"/>
      </w:pPr>
      <w:r>
        <w:t>4  Analyse de situations et mesures correctrices  •  1,5 h</w:t>
      </w:r>
    </w:p>
    <w:p>
      <w:pPr>
        <w:spacing w:after="100"/>
      </w:pPr>
      <w:r>
        <w:rPr>
          <w:b/>
        </w:rPr>
        <w:t xml:space="preserve">Atelier et livrable  </w:t>
      </w:r>
      <w:r>
        <w:t>Auditer un bulletin une inauguration et une publication numérique. Le livrable est discuté puis corrigé avec la grille commune. Le temps de production est inclus dans les séquences 3 et 4.</w:t>
      </w:r>
    </w:p>
    <w:p>
      <w:pPr>
        <w:spacing w:after="100"/>
      </w:pPr>
      <w:r>
        <w:rPr>
          <w:b/>
        </w:rPr>
        <w:t xml:space="preserve">Articulation et vigilance  </w:t>
      </w:r>
      <w:r>
        <w:t>Module ajouté distinct du bilan. Il porte sur la légalité de l’action publique et non sur une stratégie de campagne.</w:t>
      </w:r>
    </w:p>
    <w:p>
      <w:pPr>
        <w:pStyle w:val="Heading2"/>
        <w:pageBreakBefore/>
      </w:pPr>
      <w:r>
        <w:t>P24C  Préparer son avenir professionnel après le mandat</w:t>
      </w:r>
    </w:p>
    <w:p>
      <w:pPr>
        <w:spacing w:after="100"/>
      </w:pPr>
      <w:r>
        <w:rPr>
          <w:b/>
        </w:rPr>
        <w:t xml:space="preserve">Durée et public  </w:t>
      </w:r>
      <w:r>
        <w:t>7 h • Orientation professionnelle hors répertoire du mandat • Élus concernés par le sujet. Offre pédagogique rédigée, moyens à confirmer.</w:t>
      </w:r>
    </w:p>
    <w:p>
      <w:pPr>
        <w:spacing w:after="100"/>
      </w:pPr>
      <w:r>
        <w:rPr>
          <w:b/>
        </w:rPr>
        <w:t xml:space="preserve">Objectif évalué  </w:t>
      </w:r>
      <w:r>
        <w:t>Construire un portefeuille de compétences et un plan de démarches.</w:t>
      </w:r>
    </w:p>
    <w:p>
      <w:pPr>
        <w:spacing w:after="60"/>
      </w:pPr>
      <w:r>
        <w:t>1  Compétences exercées et preuves de réalisation  •  1,5 h</w:t>
      </w:r>
    </w:p>
    <w:p>
      <w:pPr>
        <w:spacing w:after="60"/>
      </w:pPr>
      <w:r>
        <w:t>2  Droits conditions et interlocuteurs utiles  •  2 h</w:t>
      </w:r>
    </w:p>
    <w:p>
      <w:pPr>
        <w:spacing w:after="60"/>
      </w:pPr>
      <w:r>
        <w:t>3  Projet professionnel VAE et formations possibles  •  2 h</w:t>
      </w:r>
    </w:p>
    <w:p>
      <w:pPr>
        <w:spacing w:after="60"/>
      </w:pPr>
      <w:r>
        <w:t>4  Plan de transition et démarches prioritaires  •  1,5 h</w:t>
      </w:r>
    </w:p>
    <w:p>
      <w:pPr>
        <w:spacing w:after="100"/>
      </w:pPr>
      <w:r>
        <w:rPr>
          <w:b/>
        </w:rPr>
        <w:t xml:space="preserve">Atelier et livrable  </w:t>
      </w:r>
      <w:r>
        <w:t>Construire un portefeuille de compétences et un plan de démarches. Le livrable est discuté puis corrigé avec la grille commune. Le temps de production est inclus dans les séquences 3 et 4.</w:t>
      </w:r>
    </w:p>
    <w:p>
      <w:pPr>
        <w:spacing w:after="100"/>
      </w:pPr>
      <w:r>
        <w:rPr>
          <w:b/>
        </w:rPr>
        <w:t xml:space="preserve">Articulation et vigilance  </w:t>
      </w:r>
      <w:r>
        <w:t>Scission de P24. Action d’orientation proposée hors promesse de financement DIFE ou CPF et distincte d’un bilan de compétences réglementé.</w:t>
      </w:r>
    </w:p>
    <w:p>
      <w:pPr>
        <w:pStyle w:val="Heading2"/>
      </w:pPr>
      <w:r>
        <w:t>P25  Organiser la participation des habitants</w:t>
      </w:r>
    </w:p>
    <w:p>
      <w:pPr>
        <w:spacing w:after="100"/>
      </w:pPr>
      <w:r>
        <w:rPr>
          <w:b/>
        </w:rPr>
        <w:t xml:space="preserve">Durée et public  </w:t>
      </w:r>
      <w:r>
        <w:t>7 h • Domaine 2 • Élus concernés par le sujet. Offre pédagogique rédigée, moyens à confirmer.</w:t>
      </w:r>
    </w:p>
    <w:p>
      <w:pPr>
        <w:spacing w:after="100"/>
      </w:pPr>
      <w:r>
        <w:rPr>
          <w:b/>
        </w:rPr>
        <w:t xml:space="preserve">Objectif évalué  </w:t>
      </w:r>
      <w:r>
        <w:t>Concevoir une consultation avec engagement de réponse aux participants.</w:t>
      </w:r>
    </w:p>
    <w:p>
      <w:pPr>
        <w:spacing w:after="60"/>
      </w:pPr>
      <w:r>
        <w:t>1  Décision ouverte à la participation et marges réelles  •  1,5 h</w:t>
      </w:r>
    </w:p>
    <w:p>
      <w:pPr>
        <w:spacing w:after="60"/>
      </w:pPr>
      <w:r>
        <w:t>2  Représentativité accessibilité et modalités  •  2 h</w:t>
      </w:r>
    </w:p>
    <w:p>
      <w:pPr>
        <w:spacing w:after="60"/>
      </w:pPr>
      <w:r>
        <w:t>3  Animation traitement des contributions et arbitrage  •  2 h</w:t>
      </w:r>
    </w:p>
    <w:p>
      <w:pPr>
        <w:spacing w:after="60"/>
      </w:pPr>
      <w:r>
        <w:t>4  Restitution et évaluation du dispositif  •  1,5 h</w:t>
      </w:r>
    </w:p>
    <w:p>
      <w:pPr>
        <w:spacing w:after="100"/>
      </w:pPr>
      <w:r>
        <w:rPr>
          <w:b/>
        </w:rPr>
        <w:t xml:space="preserve">Atelier et livrable  </w:t>
      </w:r>
      <w:r>
        <w:t>Concevoir une consultation avec engagement de réponse aux participants. Le livrable est discuté puis corrigé avec la grille commune. Le temps de production est inclus dans les séquences 3 et 4.</w:t>
      </w:r>
    </w:p>
    <w:p>
      <w:pPr>
        <w:spacing w:after="100"/>
      </w:pPr>
      <w:r>
        <w:rPr>
          <w:b/>
        </w:rPr>
        <w:t xml:space="preserve">Articulation et vigilance  </w:t>
      </w:r>
      <w:r>
        <w:t>Ajout. P5 traite l’information et la prise de parole sans reprendre la conception d’une concertation.</w:t>
      </w:r>
    </w:p>
    <w:p>
      <w:pPr>
        <w:pStyle w:val="Heading2"/>
        <w:pageBreakBefore/>
      </w:pPr>
      <w:r>
        <w:t>P26  Évaluer une politique communale</w:t>
      </w:r>
    </w:p>
    <w:p>
      <w:pPr>
        <w:spacing w:after="100"/>
      </w:pPr>
      <w:r>
        <w:rPr>
          <w:b/>
        </w:rPr>
        <w:t xml:space="preserve">Durée et public  </w:t>
      </w:r>
      <w:r>
        <w:t>7 h • Domaine 2 • Élus concernés par le sujet. Offre pédagogique rédigée, moyens à confirmer.</w:t>
      </w:r>
    </w:p>
    <w:p>
      <w:pPr>
        <w:spacing w:after="100"/>
      </w:pPr>
      <w:r>
        <w:rPr>
          <w:b/>
        </w:rPr>
        <w:t xml:space="preserve">Objectif évalué  </w:t>
      </w:r>
      <w:r>
        <w:t>Évaluer un service fictif et proposer trois améliorations étayées.</w:t>
      </w:r>
    </w:p>
    <w:p>
      <w:pPr>
        <w:spacing w:after="60"/>
      </w:pPr>
      <w:r>
        <w:t>1  Question évaluative et chaîne des résultats  •  1,5 h</w:t>
      </w:r>
    </w:p>
    <w:p>
      <w:pPr>
        <w:spacing w:after="60"/>
      </w:pPr>
      <w:r>
        <w:t>2  Indicateurs données et limites d’attribution  •  2 h</w:t>
      </w:r>
    </w:p>
    <w:p>
      <w:pPr>
        <w:spacing w:after="60"/>
      </w:pPr>
      <w:r>
        <w:t>3  Coûts effets et analyse des écarts  •  2 h</w:t>
      </w:r>
    </w:p>
    <w:p>
      <w:pPr>
        <w:spacing w:after="60"/>
      </w:pPr>
      <w:r>
        <w:t>4  Recommandations et suivi des décisions  •  1,5 h</w:t>
      </w:r>
    </w:p>
    <w:p>
      <w:pPr>
        <w:spacing w:after="100"/>
      </w:pPr>
      <w:r>
        <w:rPr>
          <w:b/>
        </w:rPr>
        <w:t xml:space="preserve">Atelier et livrable  </w:t>
      </w:r>
      <w:r>
        <w:t>Évaluer un service fictif et proposer trois améliorations étayées. Le livrable est discuté puis corrigé avec la grille commune. Le temps de production est inclus dans les séquences 3 et 4.</w:t>
      </w:r>
    </w:p>
    <w:p>
      <w:pPr>
        <w:spacing w:after="100"/>
      </w:pPr>
      <w:r>
        <w:rPr>
          <w:b/>
        </w:rPr>
        <w:t xml:space="preserve">Articulation et vigilance  </w:t>
      </w:r>
      <w:r>
        <w:t>Ajout. P24A réutilise les résultats dans le bilan du mandat.</w:t>
      </w:r>
    </w:p>
    <w:p>
      <w:pPr>
        <w:pStyle w:val="Heading2"/>
      </w:pPr>
      <w:r>
        <w:t>P27  Piloter l’action sociale communale</w:t>
      </w:r>
    </w:p>
    <w:p>
      <w:pPr>
        <w:spacing w:after="100"/>
      </w:pPr>
      <w:r>
        <w:rPr>
          <w:b/>
        </w:rPr>
        <w:t xml:space="preserve">Durée et public  </w:t>
      </w:r>
      <w:r>
        <w:t>7 h • Domaine 2 • Élus concernés par le sujet. Offre pédagogique rédigée, moyens à confirmer.</w:t>
      </w:r>
    </w:p>
    <w:p>
      <w:pPr>
        <w:spacing w:after="100"/>
      </w:pPr>
      <w:r>
        <w:rPr>
          <w:b/>
        </w:rPr>
        <w:t xml:space="preserve">Objectif évalué  </w:t>
      </w:r>
      <w:r>
        <w:t>Construire une réponse à une situation de non recours sans exposer de données personnelles.</w:t>
      </w:r>
    </w:p>
    <w:p>
      <w:pPr>
        <w:spacing w:after="60"/>
      </w:pPr>
      <w:r>
        <w:t>1  Compétences commune CCAS CIAS et département  •  1,5 h</w:t>
      </w:r>
    </w:p>
    <w:p>
      <w:pPr>
        <w:spacing w:after="60"/>
      </w:pPr>
      <w:r>
        <w:t>2  Analyse des besoins et accès aux droits  •  2 h</w:t>
      </w:r>
    </w:p>
    <w:p>
      <w:pPr>
        <w:spacing w:after="60"/>
      </w:pPr>
      <w:r>
        <w:t>3  Gouvernance aides facultatives et confidentialité  •  2 h</w:t>
      </w:r>
    </w:p>
    <w:p>
      <w:pPr>
        <w:spacing w:after="60"/>
      </w:pPr>
      <w:r>
        <w:t>4  Partenariats budget et suivi  •  1,5 h</w:t>
      </w:r>
    </w:p>
    <w:p>
      <w:pPr>
        <w:spacing w:after="100"/>
      </w:pPr>
      <w:r>
        <w:rPr>
          <w:b/>
        </w:rPr>
        <w:t xml:space="preserve">Atelier et livrable  </w:t>
      </w:r>
      <w:r>
        <w:t>Construire une réponse à une situation de non recours sans exposer de données personnelles. Le livrable est discuté puis corrigé avec la grille commune. Le temps de production est inclus dans les séquences 3 et 4.</w:t>
      </w:r>
    </w:p>
    <w:p>
      <w:pPr>
        <w:spacing w:after="100"/>
      </w:pPr>
      <w:r>
        <w:rPr>
          <w:b/>
        </w:rPr>
        <w:t xml:space="preserve">Articulation et vigilance  </w:t>
      </w:r>
      <w:r>
        <w:t>Ajout. Vérifier l’organisation locale et les règles de création ou de dissolution du CCAS.</w:t>
      </w:r>
    </w:p>
    <w:p>
      <w:pPr>
        <w:pStyle w:val="Heading1"/>
        <w:pageBreakBefore/>
      </w:pPr>
      <w:r>
        <w:t>Parcours et conditions financières</w:t>
      </w:r>
    </w:p>
    <w:p>
      <w:pPr>
        <w:pStyle w:val="Heading2"/>
      </w:pPr>
      <w:r>
        <w:t>Sélections recommandées</w:t>
      </w:r>
    </w:p>
    <w:tbl>
      <w:tblPr>
        <w:tblW w:type="auto" w:w="0"/>
        <w:tblLayout w:type="fixed"/>
        <w:tblLook w:firstColumn="1" w:firstRow="1" w:lastColumn="0" w:lastRow="0" w:noHBand="0" w:noVBand="1" w:val="04A0"/>
      </w:tblPr>
      <w:tblGrid>
        <w:gridCol w:w="3061"/>
        <w:gridCol w:w="5953"/>
        <w:gridCol w:w="1134"/>
      </w:tblGrid>
      <w:tr>
        <w:trPr>
          <w:tblHeader/>
          <w:cantSplit/>
        </w:trPr>
        <w:tc>
          <w:tcPr>
            <w:tcW w:type="dxa" w:w="306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shd w:fill="E8EEF2"/>
          </w:tcPr>
          <w:p>
            <w:pPr>
              <w:keepNext w:val="0"/>
              <w:spacing w:after="40" w:before="40"/>
              <w:jc w:val="center"/>
            </w:pPr>
            <w:r>
              <w:rPr>
                <w:b/>
                <w:sz w:val="18"/>
              </w:rPr>
              <w:t>Sélection</w:t>
            </w:r>
          </w:p>
        </w:tc>
        <w:tc>
          <w:tcPr>
            <w:tcW w:type="dxa" w:w="595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shd w:fill="E8EEF2"/>
          </w:tcPr>
          <w:p>
            <w:pPr>
              <w:keepNext w:val="0"/>
              <w:spacing w:after="40" w:before="40"/>
            </w:pPr>
            <w:r>
              <w:rPr>
                <w:b/>
                <w:sz w:val="18"/>
              </w:rPr>
              <w:t>Modules</w:t>
            </w:r>
          </w:p>
        </w:tc>
        <w:tc>
          <w:tcPr>
            <w:tcW w:type="dxa" w:w="113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shd w:fill="E8EEF2"/>
          </w:tcPr>
          <w:p>
            <w:pPr>
              <w:keepNext w:val="0"/>
              <w:spacing w:after="40" w:before="40"/>
              <w:jc w:val="center"/>
            </w:pPr>
            <w:r>
              <w:rPr>
                <w:b/>
                <w:sz w:val="18"/>
              </w:rPr>
              <w:t>Heures</w:t>
            </w:r>
          </w:p>
        </w:tc>
      </w:tr>
      <w:tr>
        <w:trPr>
          <w:cantSplit/>
        </w:trPr>
        <w:tc>
          <w:tcPr>
            <w:tcW w:type="dxa" w:w="306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Installation</w:t>
            </w:r>
          </w:p>
        </w:tc>
        <w:tc>
          <w:tcPr>
            <w:tcW w:type="dxa" w:w="595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P1 • P2 • P3 • P4 • P7</w:t>
            </w:r>
          </w:p>
        </w:tc>
        <w:tc>
          <w:tcPr>
            <w:tcW w:type="dxa" w:w="113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49</w:t>
            </w:r>
          </w:p>
        </w:tc>
      </w:tr>
      <w:tr>
        <w:trPr>
          <w:cantSplit/>
        </w:trPr>
        <w:tc>
          <w:tcPr>
            <w:tcW w:type="dxa" w:w="306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Projet de territoire</w:t>
            </w:r>
          </w:p>
        </w:tc>
        <w:tc>
          <w:tcPr>
            <w:tcW w:type="dxa" w:w="595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P11 • P13 • P14 • P9</w:t>
            </w:r>
          </w:p>
        </w:tc>
        <w:tc>
          <w:tcPr>
            <w:tcW w:type="dxa" w:w="113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56</w:t>
            </w:r>
          </w:p>
        </w:tc>
      </w:tr>
      <w:tr>
        <w:trPr>
          <w:cantSplit/>
        </w:trPr>
        <w:tc>
          <w:tcPr>
            <w:tcW w:type="dxa" w:w="306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Services et continuité</w:t>
            </w:r>
          </w:p>
        </w:tc>
        <w:tc>
          <w:tcPr>
            <w:tcW w:type="dxa" w:w="595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P18 • P20B • P23B • P27</w:t>
            </w:r>
          </w:p>
        </w:tc>
        <w:tc>
          <w:tcPr>
            <w:tcW w:type="dxa" w:w="113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35</w:t>
            </w:r>
          </w:p>
        </w:tc>
      </w:tr>
      <w:tr>
        <w:trPr>
          <w:cantSplit/>
        </w:trPr>
        <w:tc>
          <w:tcPr>
            <w:tcW w:type="dxa" w:w="306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Évaluation et passation</w:t>
            </w:r>
          </w:p>
        </w:tc>
        <w:tc>
          <w:tcPr>
            <w:tcW w:type="dxa" w:w="595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P26 • P24A • P24B</w:t>
            </w:r>
          </w:p>
        </w:tc>
        <w:tc>
          <w:tcPr>
            <w:tcW w:type="dxa" w:w="113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21</w:t>
            </w:r>
          </w:p>
        </w:tc>
      </w:tr>
    </w:tbl>
    <w:p>
      <w:r>
        <w:t>Un positionnement initial permet de retirer les modules déjà maîtrisés. Les mêmes acquis ne sont pas facturés à nouveau lors du passage du socle à un approfondissement. Les sujets communaux, ruraux et départementaux utilisent une référence commune lorsque l’objectif est identique, avec des cas adaptés à la collectivité.</w:t>
      </w:r>
    </w:p>
    <w:p>
      <w:pPr>
        <w:pStyle w:val="Heading2"/>
      </w:pPr>
      <w:r>
        <w:t>Tarifs indicatifs issus des documents fournis</w:t>
      </w:r>
    </w:p>
    <w:tbl>
      <w:tblPr>
        <w:tblW w:type="auto" w:w="0"/>
        <w:tblLayout w:type="fixed"/>
        <w:tblLook w:firstColumn="1" w:firstRow="1" w:lastColumn="0" w:lastRow="0" w:noHBand="0" w:noVBand="1" w:val="04A0"/>
      </w:tblPr>
      <w:tblGrid>
        <w:gridCol w:w="4082"/>
        <w:gridCol w:w="850"/>
        <w:gridCol w:w="2665"/>
        <w:gridCol w:w="2551"/>
      </w:tblGrid>
      <w:tr>
        <w:trPr>
          <w:tblHeader/>
          <w:cantSplit/>
        </w:trPr>
        <w:tc>
          <w:tcPr>
            <w:tcW w:type="dxa" w:w="408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shd w:fill="E8EEF2"/>
          </w:tcPr>
          <w:p>
            <w:pPr>
              <w:keepNext w:val="0"/>
              <w:spacing w:after="40" w:before="40"/>
              <w:jc w:val="center"/>
            </w:pPr>
            <w:r>
              <w:rPr>
                <w:b/>
                <w:sz w:val="18"/>
              </w:rPr>
              <w:t>Offre</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shd w:fill="E8EEF2"/>
          </w:tcPr>
          <w:p>
            <w:pPr>
              <w:keepNext w:val="0"/>
              <w:spacing w:after="40" w:before="40"/>
            </w:pPr>
            <w:r>
              <w:rPr>
                <w:b/>
                <w:sz w:val="18"/>
              </w:rPr>
              <w:t>Heures</w:t>
            </w:r>
          </w:p>
        </w:tc>
        <w:tc>
          <w:tcPr>
            <w:tcW w:type="dxa" w:w="266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shd w:fill="E8EEF2"/>
          </w:tcPr>
          <w:p>
            <w:pPr>
              <w:keepNext w:val="0"/>
              <w:spacing w:after="40" w:before="40"/>
            </w:pPr>
            <w:r>
              <w:rPr>
                <w:b/>
                <w:sz w:val="18"/>
              </w:rPr>
              <w:t>Euros HT par élu</w:t>
            </w:r>
          </w:p>
        </w:tc>
        <w:tc>
          <w:tcPr>
            <w:tcW w:type="dxa" w:w="255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shd w:fill="E8EEF2"/>
          </w:tcPr>
          <w:p>
            <w:pPr>
              <w:keepNext w:val="0"/>
              <w:spacing w:after="40" w:before="40"/>
              <w:jc w:val="center"/>
            </w:pPr>
            <w:r>
              <w:rPr>
                <w:b/>
                <w:sz w:val="18"/>
              </w:rPr>
              <w:t>Euros HT par heure</w:t>
            </w:r>
          </w:p>
        </w:tc>
      </w:tr>
      <w:tr>
        <w:trPr>
          <w:cantSplit/>
        </w:trPr>
        <w:tc>
          <w:tcPr>
            <w:tcW w:type="dxa" w:w="408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Socle P1</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14</w:t>
            </w:r>
          </w:p>
        </w:tc>
        <w:tc>
          <w:tcPr>
            <w:tcW w:type="dxa" w:w="266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800</w:t>
            </w:r>
          </w:p>
        </w:tc>
        <w:tc>
          <w:tcPr>
            <w:tcW w:type="dxa" w:w="255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57,14</w:t>
            </w:r>
          </w:p>
        </w:tc>
      </w:tr>
      <w:tr>
        <w:trPr>
          <w:cantSplit/>
        </w:trPr>
        <w:tc>
          <w:tcPr>
            <w:tcW w:type="dxa" w:w="408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Journée optionnelle du socle</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266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400</w:t>
            </w:r>
          </w:p>
        </w:tc>
        <w:tc>
          <w:tcPr>
            <w:tcW w:type="dxa" w:w="255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57,14</w:t>
            </w:r>
          </w:p>
        </w:tc>
      </w:tr>
      <w:tr>
        <w:trPr>
          <w:cantSplit/>
        </w:trPr>
        <w:tc>
          <w:tcPr>
            <w:tcW w:type="dxa" w:w="408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Module standard</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266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420</w:t>
            </w:r>
          </w:p>
        </w:tc>
        <w:tc>
          <w:tcPr>
            <w:tcW w:type="dxa" w:w="255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60,0</w:t>
            </w:r>
          </w:p>
        </w:tc>
      </w:tr>
      <w:tr>
        <w:trPr>
          <w:cantSplit/>
        </w:trPr>
        <w:tc>
          <w:tcPr>
            <w:tcW w:type="dxa" w:w="408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Module standard</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14</w:t>
            </w:r>
          </w:p>
        </w:tc>
        <w:tc>
          <w:tcPr>
            <w:tcW w:type="dxa" w:w="266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840</w:t>
            </w:r>
          </w:p>
        </w:tc>
        <w:tc>
          <w:tcPr>
            <w:tcW w:type="dxa" w:w="255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60,0</w:t>
            </w:r>
          </w:p>
        </w:tc>
      </w:tr>
      <w:tr>
        <w:trPr>
          <w:cantSplit/>
        </w:trPr>
        <w:tc>
          <w:tcPr>
            <w:tcW w:type="dxa" w:w="408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P6 organisation du mandat</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266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400</w:t>
            </w:r>
          </w:p>
        </w:tc>
        <w:tc>
          <w:tcPr>
            <w:tcW w:type="dxa" w:w="255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57,14</w:t>
            </w:r>
          </w:p>
        </w:tc>
      </w:tr>
      <w:tr>
        <w:trPr>
          <w:cantSplit/>
        </w:trPr>
        <w:tc>
          <w:tcPr>
            <w:tcW w:type="dxa" w:w="408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P22 intercommunalité</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10,5</w:t>
            </w:r>
          </w:p>
        </w:tc>
        <w:tc>
          <w:tcPr>
            <w:tcW w:type="dxa" w:w="266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630</w:t>
            </w:r>
          </w:p>
        </w:tc>
        <w:tc>
          <w:tcPr>
            <w:tcW w:type="dxa" w:w="255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60</w:t>
            </w:r>
          </w:p>
        </w:tc>
      </w:tr>
    </w:tbl>
    <w:p>
      <w:r>
        <w:t>Cette grille reprend les tarifs spécifiques affichés dans les fiches sources et corrige les divisions horaires. Les intitulés de tarifs liés à AMRF, AMF ou à un département ne prouvent pas un partenariat. Les compléments et les modules issus de scissions utilisent la base indicative standard ; leur prix définitif, le régime de TVA, le total TTC, les frais et les conditions d’annulation restent à établir sur devis. Pour P6 rural la base spécifique de 400 euros est conservée.</w:t>
      </w:r>
    </w:p>
    <w:p>
      <w:pPr>
        <w:pStyle w:val="Heading2"/>
      </w:pPr>
      <w:r>
        <w:t>Financement</w:t>
      </w:r>
    </w:p>
    <w:p>
      <w:r>
        <w:t>Le plafond DIFE est de 80 euros HT par heure de frais pédagogiques et l’effectif maximal de quinze participants. Ces limites ne suffisent pas à établir l’éligibilité : organisme agréé, rattachement de l’action au répertoire, conditions du dispositif et droits disponibles doivent être vérifiés. Aucun financement intégral n est promis. Les modules de transition professionnelle sont des actions d’orientation ; leur financement et leur éventuelle transformation en bilan de compétences ou action CPF exigent un dossier distinct.</w:t>
      </w:r>
    </w:p>
    <w:p>
      <w:pPr>
        <w:pStyle w:val="Heading1"/>
        <w:pageBreakBefore/>
      </w:pPr>
      <w:r>
        <w:t>Préparer et valider chaque offre</w:t>
      </w:r>
    </w:p>
    <w:p>
      <w:pPr>
        <w:pStyle w:val="Heading2"/>
      </w:pPr>
      <w:r>
        <w:t>État commun à toutes les fiches</w:t>
      </w:r>
    </w:p>
    <w:tbl>
      <w:tblPr>
        <w:tblW w:type="auto" w:w="0"/>
        <w:tblLayout w:type="fixed"/>
        <w:tblLook w:firstColumn="1" w:firstRow="1" w:lastColumn="0" w:lastRow="0" w:noHBand="0" w:noVBand="1" w:val="04A0"/>
      </w:tblPr>
      <w:tblGrid>
        <w:gridCol w:w="2324"/>
        <w:gridCol w:w="3061"/>
        <w:gridCol w:w="4757"/>
      </w:tblGrid>
      <w:tr>
        <w:trPr>
          <w:tblHeader/>
          <w:cantSplit/>
        </w:trPr>
        <w:tc>
          <w:tcPr>
            <w:tcW w:type="dxa" w:w="232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shd w:fill="E8EEF2"/>
          </w:tcPr>
          <w:p>
            <w:pPr>
              <w:keepNext w:val="0"/>
              <w:spacing w:after="40" w:before="40"/>
              <w:jc w:val="center"/>
            </w:pPr>
            <w:r>
              <w:rPr>
                <w:b/>
                <w:sz w:val="18"/>
              </w:rPr>
              <w:t>Élément</w:t>
            </w:r>
          </w:p>
        </w:tc>
        <w:tc>
          <w:tcPr>
            <w:tcW w:type="dxa" w:w="306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shd w:fill="E8EEF2"/>
          </w:tcPr>
          <w:p>
            <w:pPr>
              <w:keepNext w:val="0"/>
              <w:spacing w:after="40" w:before="40"/>
            </w:pPr>
            <w:r>
              <w:rPr>
                <w:b/>
                <w:sz w:val="18"/>
              </w:rPr>
              <w:t>État de cette édition</w:t>
            </w:r>
          </w:p>
        </w:tc>
        <w:tc>
          <w:tcPr>
            <w:tcW w:type="dxa" w:w="4757"/>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shd w:fill="E8EEF2"/>
          </w:tcPr>
          <w:p>
            <w:pPr>
              <w:keepNext w:val="0"/>
              <w:spacing w:after="40" w:before="40"/>
              <w:jc w:val="center"/>
            </w:pPr>
            <w:r>
              <w:rPr>
                <w:b/>
                <w:sz w:val="18"/>
              </w:rPr>
              <w:t>Validation attendue</w:t>
            </w:r>
          </w:p>
        </w:tc>
      </w:tr>
      <w:tr>
        <w:trPr>
          <w:cantSplit/>
        </w:trPr>
        <w:tc>
          <w:tcPr>
            <w:tcW w:type="dxa" w:w="232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Titre public objectifs durée</w:t>
            </w:r>
          </w:p>
        </w:tc>
        <w:tc>
          <w:tcPr>
            <w:tcW w:type="dxa" w:w="306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Rédigés</w:t>
            </w:r>
          </w:p>
        </w:tc>
        <w:tc>
          <w:tcPr>
            <w:tcW w:type="dxa" w:w="4757"/>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Validation pédagogique et commerciale</w:t>
            </w:r>
          </w:p>
        </w:tc>
      </w:tr>
      <w:tr>
        <w:trPr>
          <w:cantSplit/>
        </w:trPr>
        <w:tc>
          <w:tcPr>
            <w:tcW w:type="dxa" w:w="232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Déroulé de session</w:t>
            </w:r>
          </w:p>
        </w:tc>
        <w:tc>
          <w:tcPr>
            <w:tcW w:type="dxa" w:w="306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Quatre séquences proposées</w:t>
            </w:r>
          </w:p>
        </w:tc>
        <w:tc>
          <w:tcPr>
            <w:tcW w:type="dxa" w:w="4757"/>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Déroulé minute outils et consignes</w:t>
            </w:r>
          </w:p>
        </w:tc>
      </w:tr>
      <w:tr>
        <w:trPr>
          <w:cantSplit/>
        </w:trPr>
        <w:tc>
          <w:tcPr>
            <w:tcW w:type="dxa" w:w="232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Intervenant</w:t>
            </w:r>
          </w:p>
        </w:tc>
        <w:tc>
          <w:tcPr>
            <w:tcW w:type="dxa" w:w="306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Non confirmé par les pièces disponibles</w:t>
            </w:r>
          </w:p>
        </w:tc>
        <w:tc>
          <w:tcPr>
            <w:tcW w:type="dxa" w:w="4757"/>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Nom compétence accord disponibilité et rôle</w:t>
            </w:r>
          </w:p>
        </w:tc>
      </w:tr>
      <w:tr>
        <w:trPr>
          <w:cantSplit/>
        </w:trPr>
        <w:tc>
          <w:tcPr>
            <w:tcW w:type="dxa" w:w="232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Supports et cas</w:t>
            </w:r>
          </w:p>
        </w:tc>
        <w:tc>
          <w:tcPr>
            <w:tcW w:type="dxa" w:w="306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À produire ou à vérifier</w:t>
            </w:r>
          </w:p>
        </w:tc>
        <w:tc>
          <w:tcPr>
            <w:tcW w:type="dxa" w:w="4757"/>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Support daté droits de réutilisation dossier corrigé</w:t>
            </w:r>
          </w:p>
        </w:tc>
      </w:tr>
      <w:tr>
        <w:trPr>
          <w:cantSplit/>
        </w:trPr>
        <w:tc>
          <w:tcPr>
            <w:tcW w:type="dxa" w:w="232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Évaluation</w:t>
            </w:r>
          </w:p>
        </w:tc>
        <w:tc>
          <w:tcPr>
            <w:tcW w:type="dxa" w:w="306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Livrable et critères proposés</w:t>
            </w:r>
          </w:p>
        </w:tc>
        <w:tc>
          <w:tcPr>
            <w:tcW w:type="dxa" w:w="4757"/>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Grille détaillée corrigé et modalités de retour</w:t>
            </w:r>
          </w:p>
        </w:tc>
      </w:tr>
      <w:tr>
        <w:trPr>
          <w:cantSplit/>
        </w:trPr>
        <w:tc>
          <w:tcPr>
            <w:tcW w:type="dxa" w:w="232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Moyens et accessibilité</w:t>
            </w:r>
          </w:p>
        </w:tc>
        <w:tc>
          <w:tcPr>
            <w:tcW w:type="dxa" w:w="306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À organiser</w:t>
            </w:r>
          </w:p>
        </w:tc>
        <w:tc>
          <w:tcPr>
            <w:tcW w:type="dxa" w:w="4757"/>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Salle ou outil testés aménagements et référent</w:t>
            </w:r>
          </w:p>
        </w:tc>
      </w:tr>
      <w:tr>
        <w:trPr>
          <w:cantSplit/>
        </w:trPr>
        <w:tc>
          <w:tcPr>
            <w:tcW w:type="dxa" w:w="232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Cadre administratif et financement</w:t>
            </w:r>
          </w:p>
        </w:tc>
        <w:tc>
          <w:tcPr>
            <w:tcW w:type="dxa" w:w="306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Non établi par le catalogue</w:t>
            </w:r>
          </w:p>
        </w:tc>
        <w:tc>
          <w:tcPr>
            <w:tcW w:type="dxa" w:w="4757"/>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Agrément conditions devis et éligibilité vérifiés</w:t>
            </w:r>
          </w:p>
        </w:tc>
      </w:tr>
      <w:tr>
        <w:trPr>
          <w:cantSplit/>
        </w:trPr>
        <w:tc>
          <w:tcPr>
            <w:tcW w:type="dxa" w:w="232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Session</w:t>
            </w:r>
          </w:p>
        </w:tc>
        <w:tc>
          <w:tcPr>
            <w:tcW w:type="dxa" w:w="306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Date non confirmée</w:t>
            </w:r>
          </w:p>
        </w:tc>
        <w:tc>
          <w:tcPr>
            <w:tcW w:type="dxa" w:w="4757"/>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Calendrier inscription et conditions de réalisation</w:t>
            </w:r>
          </w:p>
        </w:tc>
      </w:tr>
    </w:tbl>
    <w:p>
      <w:pPr>
        <w:pStyle w:val="Heading2"/>
      </w:pPr>
      <w:r>
        <w:t>Expertises à mobiliser</w:t>
      </w:r>
    </w:p>
    <w:p>
      <w:r>
        <w:t>Fondamentaux, risques et probité : juriste en droit public et expert des risques selon le sujet. Finances : spécialiste des finances locales. RH : expert de la fonction publique territoriale. Politiques sectorielles : professionnel du secteur et praticien territorial. Projets et patrimoine : spécialiste de la maîtrise d’ouvrage ou ingénieur. Communication et participation : praticien de la communication publique ou de la concertation. Numérique : expert des données, de l’IA ou de la cybersécurité selon la fiche. Transition professionnelle : spécialiste de l’orientation, de la VAE ou du bilan réglementé selon l’action effectivement proposée.</w:t>
      </w:r>
    </w:p>
    <w:p>
      <w:r>
        <w:t>Les noms et biographies envisagés dans le programme rural ne sont pas repris comme engagements de participation. Ils peuvent être conservés dans le dossier interne de recrutement après vérification des compétences, accord des personnes et affectation à une fiche. Aucune fiche ne passe au statut session ouverte tant que les validations correspondantes ne sont pas renseignées.</w:t>
      </w:r>
    </w:p>
    <w:p>
      <w:pPr>
        <w:pStyle w:val="Heading2"/>
      </w:pPr>
      <w:r>
        <w:t>Règle de publication</w:t>
      </w:r>
    </w:p>
    <w:p>
      <w:r>
        <w:t>Sur le site, présenter ces offres comme programmes proposés tant que leurs moyens restent à confirmer. Afficher les dates, intervenants et modalités d’inscription uniquement après validation. Le passage à offre prête exige programme validé, intervenant engagé, supports disponibles, évaluation prête, moyens accessibles et cadre administratif vérifié.</w:t>
      </w:r>
    </w:p>
    <w:p>
      <w:pPr>
        <w:pStyle w:val="Heading1"/>
        <w:pageBreakBefore/>
      </w:pPr>
      <w:r>
        <w:t>Correspondance avec le programme initial</w:t>
      </w:r>
    </w:p>
    <w:p>
      <w:r>
        <w:t>Compléments ajoutés : P25, P26, P27. Les titres sont reformulés autour d’une compétence observable. Les répétitions et fragments de balisage ont été supprimés.</w:t>
      </w:r>
    </w:p>
    <w:tbl>
      <w:tblPr>
        <w:tblW w:type="auto" w:w="0"/>
        <w:tblLayout w:type="fixed"/>
        <w:tblLook w:firstColumn="1" w:firstRow="1" w:lastColumn="0" w:lastRow="0" w:noHBand="0" w:noVBand="1" w:val="04A0"/>
      </w:tblPr>
      <w:tblGrid>
        <w:gridCol w:w="1701"/>
        <w:gridCol w:w="5669"/>
        <w:gridCol w:w="2772"/>
      </w:tblGrid>
      <w:tr>
        <w:trPr>
          <w:tblHeade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shd w:fill="E8EEF2"/>
          </w:tcPr>
          <w:p>
            <w:pPr>
              <w:keepNext w:val="0"/>
              <w:spacing w:after="40" w:before="40"/>
              <w:jc w:val="center"/>
            </w:pPr>
            <w:r>
              <w:rPr>
                <w:b/>
                <w:sz w:val="18"/>
              </w:rPr>
              <w:t>Code initial</w:t>
            </w:r>
          </w:p>
        </w:tc>
        <w:tc>
          <w:tcPr>
            <w:tcW w:type="dxa" w:w="56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shd w:fill="E8EEF2"/>
          </w:tcPr>
          <w:p>
            <w:pPr>
              <w:keepNext w:val="0"/>
              <w:spacing w:after="40" w:before="40"/>
            </w:pPr>
            <w:r>
              <w:rPr>
                <w:b/>
                <w:sz w:val="18"/>
              </w:rPr>
              <w:t>Fiches de cette édition</w:t>
            </w:r>
          </w:p>
        </w:tc>
        <w:tc>
          <w:tcPr>
            <w:tcW w:type="dxa" w:w="277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shd w:fill="E8EEF2"/>
          </w:tcPr>
          <w:p>
            <w:pPr>
              <w:keepNext w:val="0"/>
              <w:spacing w:after="40" w:before="40"/>
              <w:jc w:val="center"/>
            </w:pPr>
            <w:r>
              <w:rPr>
                <w:b/>
                <w:sz w:val="18"/>
              </w:rPr>
              <w:t>Traitement</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P1</w:t>
            </w:r>
          </w:p>
        </w:tc>
        <w:tc>
          <w:tcPr>
            <w:tcW w:type="dxa" w:w="56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P1</w:t>
            </w:r>
          </w:p>
        </w:tc>
        <w:tc>
          <w:tcPr>
            <w:tcW w:type="dxa" w:w="277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Recentré</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P2</w:t>
            </w:r>
          </w:p>
        </w:tc>
        <w:tc>
          <w:tcPr>
            <w:tcW w:type="dxa" w:w="56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P2</w:t>
            </w:r>
          </w:p>
        </w:tc>
        <w:tc>
          <w:tcPr>
            <w:tcW w:type="dxa" w:w="277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Recentré</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P3</w:t>
            </w:r>
          </w:p>
        </w:tc>
        <w:tc>
          <w:tcPr>
            <w:tcW w:type="dxa" w:w="56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P3</w:t>
            </w:r>
          </w:p>
        </w:tc>
        <w:tc>
          <w:tcPr>
            <w:tcW w:type="dxa" w:w="277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Recentré</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P4</w:t>
            </w:r>
          </w:p>
        </w:tc>
        <w:tc>
          <w:tcPr>
            <w:tcW w:type="dxa" w:w="56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P4</w:t>
            </w:r>
          </w:p>
        </w:tc>
        <w:tc>
          <w:tcPr>
            <w:tcW w:type="dxa" w:w="277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Recentré</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P5</w:t>
            </w:r>
          </w:p>
        </w:tc>
        <w:tc>
          <w:tcPr>
            <w:tcW w:type="dxa" w:w="56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P5</w:t>
            </w:r>
          </w:p>
        </w:tc>
        <w:tc>
          <w:tcPr>
            <w:tcW w:type="dxa" w:w="277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Recentré</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P6</w:t>
            </w:r>
          </w:p>
        </w:tc>
        <w:tc>
          <w:tcPr>
            <w:tcW w:type="dxa" w:w="56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P6</w:t>
            </w:r>
          </w:p>
        </w:tc>
        <w:tc>
          <w:tcPr>
            <w:tcW w:type="dxa" w:w="277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Recentré</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P7</w:t>
            </w:r>
          </w:p>
        </w:tc>
        <w:tc>
          <w:tcPr>
            <w:tcW w:type="dxa" w:w="56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P7</w:t>
            </w:r>
          </w:p>
        </w:tc>
        <w:tc>
          <w:tcPr>
            <w:tcW w:type="dxa" w:w="277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Recentré</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P8</w:t>
            </w:r>
          </w:p>
        </w:tc>
        <w:tc>
          <w:tcPr>
            <w:tcW w:type="dxa" w:w="56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P8</w:t>
            </w:r>
          </w:p>
        </w:tc>
        <w:tc>
          <w:tcPr>
            <w:tcW w:type="dxa" w:w="277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Recentré</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P9</w:t>
            </w:r>
          </w:p>
        </w:tc>
        <w:tc>
          <w:tcPr>
            <w:tcW w:type="dxa" w:w="56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P9</w:t>
            </w:r>
          </w:p>
        </w:tc>
        <w:tc>
          <w:tcPr>
            <w:tcW w:type="dxa" w:w="277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Recentré</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P10</w:t>
            </w:r>
          </w:p>
        </w:tc>
        <w:tc>
          <w:tcPr>
            <w:tcW w:type="dxa" w:w="56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P10</w:t>
            </w:r>
          </w:p>
        </w:tc>
        <w:tc>
          <w:tcPr>
            <w:tcW w:type="dxa" w:w="277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Recentré</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P11</w:t>
            </w:r>
          </w:p>
        </w:tc>
        <w:tc>
          <w:tcPr>
            <w:tcW w:type="dxa" w:w="56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P11</w:t>
            </w:r>
          </w:p>
        </w:tc>
        <w:tc>
          <w:tcPr>
            <w:tcW w:type="dxa" w:w="277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Recentré</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P12</w:t>
            </w:r>
          </w:p>
        </w:tc>
        <w:tc>
          <w:tcPr>
            <w:tcW w:type="dxa" w:w="56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P12</w:t>
            </w:r>
          </w:p>
        </w:tc>
        <w:tc>
          <w:tcPr>
            <w:tcW w:type="dxa" w:w="277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Recentré</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P13</w:t>
            </w:r>
          </w:p>
        </w:tc>
        <w:tc>
          <w:tcPr>
            <w:tcW w:type="dxa" w:w="56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P13</w:t>
            </w:r>
          </w:p>
        </w:tc>
        <w:tc>
          <w:tcPr>
            <w:tcW w:type="dxa" w:w="277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Recentré</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P14</w:t>
            </w:r>
          </w:p>
        </w:tc>
        <w:tc>
          <w:tcPr>
            <w:tcW w:type="dxa" w:w="56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P14</w:t>
            </w:r>
          </w:p>
        </w:tc>
        <w:tc>
          <w:tcPr>
            <w:tcW w:type="dxa" w:w="277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Recentré</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P15</w:t>
            </w:r>
          </w:p>
        </w:tc>
        <w:tc>
          <w:tcPr>
            <w:tcW w:type="dxa" w:w="56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P15</w:t>
            </w:r>
          </w:p>
        </w:tc>
        <w:tc>
          <w:tcPr>
            <w:tcW w:type="dxa" w:w="277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Recentré</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P16</w:t>
            </w:r>
          </w:p>
        </w:tc>
        <w:tc>
          <w:tcPr>
            <w:tcW w:type="dxa" w:w="56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P16</w:t>
            </w:r>
          </w:p>
        </w:tc>
        <w:tc>
          <w:tcPr>
            <w:tcW w:type="dxa" w:w="277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Recentré</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P17</w:t>
            </w:r>
          </w:p>
        </w:tc>
        <w:tc>
          <w:tcPr>
            <w:tcW w:type="dxa" w:w="56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P17A • P17B</w:t>
            </w:r>
          </w:p>
        </w:tc>
        <w:tc>
          <w:tcPr>
            <w:tcW w:type="dxa" w:w="277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Scindé</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P18</w:t>
            </w:r>
          </w:p>
        </w:tc>
        <w:tc>
          <w:tcPr>
            <w:tcW w:type="dxa" w:w="56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P18</w:t>
            </w:r>
          </w:p>
        </w:tc>
        <w:tc>
          <w:tcPr>
            <w:tcW w:type="dxa" w:w="277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Recentré</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P19</w:t>
            </w:r>
          </w:p>
        </w:tc>
        <w:tc>
          <w:tcPr>
            <w:tcW w:type="dxa" w:w="56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P19</w:t>
            </w:r>
          </w:p>
        </w:tc>
        <w:tc>
          <w:tcPr>
            <w:tcW w:type="dxa" w:w="277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Recentré</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P20</w:t>
            </w:r>
          </w:p>
        </w:tc>
        <w:tc>
          <w:tcPr>
            <w:tcW w:type="dxa" w:w="56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P20A • P20B</w:t>
            </w:r>
          </w:p>
        </w:tc>
        <w:tc>
          <w:tcPr>
            <w:tcW w:type="dxa" w:w="277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Scindé</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P21</w:t>
            </w:r>
          </w:p>
        </w:tc>
        <w:tc>
          <w:tcPr>
            <w:tcW w:type="dxa" w:w="56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P21</w:t>
            </w:r>
          </w:p>
        </w:tc>
        <w:tc>
          <w:tcPr>
            <w:tcW w:type="dxa" w:w="277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Recentré</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P22</w:t>
            </w:r>
          </w:p>
        </w:tc>
        <w:tc>
          <w:tcPr>
            <w:tcW w:type="dxa" w:w="56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P22</w:t>
            </w:r>
          </w:p>
        </w:tc>
        <w:tc>
          <w:tcPr>
            <w:tcW w:type="dxa" w:w="277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Recentré</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P23</w:t>
            </w:r>
          </w:p>
        </w:tc>
        <w:tc>
          <w:tcPr>
            <w:tcW w:type="dxa" w:w="56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P23A • P23B</w:t>
            </w:r>
          </w:p>
        </w:tc>
        <w:tc>
          <w:tcPr>
            <w:tcW w:type="dxa" w:w="277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Scindé</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P24</w:t>
            </w:r>
          </w:p>
        </w:tc>
        <w:tc>
          <w:tcPr>
            <w:tcW w:type="dxa" w:w="56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P24A • P24B • P24C</w:t>
            </w:r>
          </w:p>
        </w:tc>
        <w:tc>
          <w:tcPr>
            <w:tcW w:type="dxa" w:w="277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Scindé</w:t>
            </w:r>
          </w:p>
        </w:tc>
      </w:tr>
    </w:tbl>
    <w:p>
      <w:pPr>
        <w:pStyle w:val="Heading1"/>
        <w:pageBreakBefore/>
      </w:pPr>
      <w:r>
        <w:t>Références et actualisation</w:t>
      </w:r>
    </w:p>
    <w:p>
      <w:r>
        <w:t>Sources de vérification au 8 octobre 2026. Ces références établissent le cadre des corrections ; elles ne remplacent pas la bibliographie juridique datée à préparer pour chaque module. La loi applicable est revérifiée pour toute session ultérieure, particulièrement dans la perspective des formations départementales de 2028 à 2034.</w:t>
      </w:r>
    </w:p>
    <w:p>
      <w:pPr>
        <w:pStyle w:val="Heading3"/>
      </w:pPr>
      <w:r>
        <w:t>Répertoire national des formations liées au mandat</w:t>
      </w:r>
    </w:p>
    <w:p>
      <w:r>
        <w:t>Arrêté du 13 avril 2023 et son annexe</w:t>
      </w:r>
    </w:p>
    <w:p>
      <w:pPr>
        <w:spacing w:after="180"/>
      </w:pPr>
      <w:r>
        <w:rPr>
          <w:sz w:val="17"/>
        </w:rPr>
        <w:t>https://www.legifrance.gouv.fr/loda/id/JORFTEXT000047495682/</w:t>
      </w:r>
    </w:p>
    <w:p>
      <w:pPr>
        <w:pStyle w:val="Heading3"/>
      </w:pPr>
      <w:r>
        <w:t>Formation des élus et financement</w:t>
      </w:r>
    </w:p>
    <w:p>
      <w:r>
        <w:t>DGCL et Caisse des Dépôts, conditions de mobilisation du DIFE</w:t>
      </w:r>
    </w:p>
    <w:p>
      <w:pPr>
        <w:spacing w:after="180"/>
      </w:pPr>
      <w:r>
        <w:rPr>
          <w:sz w:val="17"/>
        </w:rPr>
        <w:t>https://www.collectivites-locales.gouv.fr/connaitre-les-acteurs-et-les-institutions/elus-locaux/conditions-dexercice-des-mandats-locaux/droit-la-formation</w:t>
      </w:r>
    </w:p>
    <w:p>
      <w:pPr>
        <w:pStyle w:val="Heading3"/>
      </w:pPr>
      <w:r>
        <w:t>Plafond horaire et effectif DIFE</w:t>
      </w:r>
    </w:p>
    <w:p>
      <w:r>
        <w:t>Mon Compte Formation, formation dans le cadre du mandat</w:t>
      </w:r>
    </w:p>
    <w:p>
      <w:pPr>
        <w:spacing w:after="180"/>
      </w:pPr>
      <w:r>
        <w:rPr>
          <w:sz w:val="17"/>
        </w:rPr>
        <w:t>https://www.moncompteformation.gouv.fr/espace-public/comment-me-former-dans-le-cadre-de-mon-mandat</w:t>
      </w:r>
    </w:p>
    <w:p>
      <w:pPr>
        <w:pStyle w:val="Heading3"/>
      </w:pPr>
      <w:r>
        <w:t>Réinsertion professionnelle</w:t>
      </w:r>
    </w:p>
    <w:p>
      <w:r>
        <w:t>Portail des organismes, formations éligibles au DIF Élus</w:t>
      </w:r>
    </w:p>
    <w:p>
      <w:pPr>
        <w:spacing w:after="180"/>
      </w:pPr>
      <w:r>
        <w:rPr>
          <w:sz w:val="17"/>
        </w:rPr>
        <w:t>https://of.moncompteformation.gouv.fr/espace-public/aide/quelles-sont-les-formations-eligibles-au-dif-elus</w:t>
      </w:r>
    </w:p>
    <w:p>
      <w:pPr>
        <w:pStyle w:val="Heading3"/>
      </w:pPr>
      <w:r>
        <w:t>Statut de l’élu et congé de formation</w:t>
      </w:r>
    </w:p>
    <w:p>
      <w:r>
        <w:t>Loi numéro 2025 1249 du 22 décembre 2025 et CGCT actualisé</w:t>
      </w:r>
    </w:p>
    <w:p>
      <w:pPr>
        <w:spacing w:after="180"/>
      </w:pPr>
      <w:r>
        <w:rPr>
          <w:sz w:val="17"/>
        </w:rPr>
        <w:t>https://www.legifrance.gouv.fr/jorf/id/JORFTEXT000053142169</w:t>
      </w:r>
    </w:p>
    <w:p>
      <w:pPr>
        <w:pStyle w:val="Heading3"/>
      </w:pPr>
      <w:r>
        <w:t>Compte financier unique</w:t>
      </w:r>
    </w:p>
    <w:p>
      <w:r>
        <w:t>DGCL, CFU obligatoire pour les comptes 2026, production en 2027</w:t>
      </w:r>
    </w:p>
    <w:p>
      <w:pPr>
        <w:spacing w:after="180"/>
      </w:pPr>
      <w:r>
        <w:rPr>
          <w:sz w:val="17"/>
        </w:rPr>
        <w:t>https://www.collectivites-locales.gouv.fr/gerer-les-finances-publiques-locales/budget/le-compte-financier-unique-cfu</w:t>
      </w:r>
    </w:p>
    <w:p>
      <w:pPr>
        <w:pStyle w:val="Heading3"/>
      </w:pPr>
      <w:r>
        <w:t>Responsabilité financière des gestionnaires publics</w:t>
      </w:r>
    </w:p>
    <w:p>
      <w:r>
        <w:t>Ordonnance numéro 2022 408 du 23 mars 2022 et code des juridictions financières</w:t>
      </w:r>
    </w:p>
    <w:p>
      <w:pPr>
        <w:spacing w:after="180"/>
      </w:pPr>
      <w:r>
        <w:rPr>
          <w:sz w:val="17"/>
        </w:rPr>
        <w:t>https://www.legifrance.gouv.fr/jorf/id/JORFTEXT000045398055</w:t>
      </w:r>
    </w:p>
    <w:p>
      <w:pPr>
        <w:pStyle w:val="Heading3"/>
      </w:pPr>
      <w:r>
        <w:t>Contrôles AFA</w:t>
      </w:r>
    </w:p>
    <w:p>
      <w:r>
        <w:t>AFA, contrôles des acteurs publics</w:t>
      </w:r>
    </w:p>
    <w:p>
      <w:pPr>
        <w:spacing w:after="180"/>
      </w:pPr>
      <w:r>
        <w:rPr>
          <w:sz w:val="17"/>
        </w:rPr>
        <w:t>https://www.agence-francaise-anticorruption.gouv.fr/acteurs-publics/tout-savoir-sur-les-controles-de-lafa-acteurs-publics</w:t>
      </w:r>
    </w:p>
    <w:p>
      <w:pPr>
        <w:pStyle w:val="Heading3"/>
      </w:pPr>
      <w:r>
        <w:t>Eau et assainissement</w:t>
      </w:r>
    </w:p>
    <w:p>
      <w:r>
        <w:t>Loi numéro 2025 327 du 11 avril 2025</w:t>
      </w:r>
    </w:p>
    <w:p>
      <w:pPr>
        <w:spacing w:after="180"/>
      </w:pPr>
      <w:r>
        <w:rPr>
          <w:sz w:val="17"/>
        </w:rPr>
        <w:t>https://www.legifrance.gouv.fr/jorf/id/JORFTEXT000051451755</w:t>
      </w:r>
    </w:p>
    <w:p>
      <w:pPr>
        <w:pStyle w:val="Heading3"/>
      </w:pPr>
      <w:r>
        <w:t>Préemption et réalité du projet</w:t>
      </w:r>
    </w:p>
    <w:p>
      <w:r>
        <w:t>Conseil d’État, Commune de Meung sur Loire, 7 mars 2008, numéro 288371</w:t>
      </w:r>
    </w:p>
    <w:p>
      <w:pPr>
        <w:spacing w:after="180"/>
      </w:pPr>
      <w:r>
        <w:rPr>
          <w:sz w:val="17"/>
        </w:rPr>
        <w:t>https://www.legifrance.gouv.fr/ceta/id/CETATEXT000018396541/</w:t>
      </w:r>
    </w:p>
    <w:p>
      <w:pPr>
        <w:pStyle w:val="Heading3"/>
      </w:pPr>
      <w:r>
        <w:t>Patrimoine tertiaire</w:t>
      </w:r>
    </w:p>
    <w:p>
      <w:r>
        <w:t>Ministère de la Transition écologique, Éco Énergie Tertiaire</w:t>
      </w:r>
    </w:p>
    <w:p>
      <w:pPr>
        <w:spacing w:after="180"/>
      </w:pPr>
      <w:r>
        <w:rPr>
          <w:sz w:val="17"/>
        </w:rPr>
        <w:t>https://www.ecologie.gouv.fr/politiques-publiques/eco-energie-tertiaire-eet</w:t>
      </w:r>
    </w:p>
    <w:p>
      <w:pPr>
        <w:pStyle w:val="Heading3"/>
      </w:pPr>
      <w:r>
        <w:t>Transports scolaires et mobilité</w:t>
      </w:r>
    </w:p>
    <w:p>
      <w:r>
        <w:t>DGCL, mobilité et partage des compétences</w:t>
      </w:r>
    </w:p>
    <w:p>
      <w:pPr>
        <w:spacing w:after="180"/>
      </w:pPr>
      <w:r>
        <w:rPr>
          <w:sz w:val="17"/>
        </w:rPr>
        <w:t>https://www.collectivites-locales.gouv.fr/animer-les-territoires/environnement-et-urbanisme/la-mobilite</w:t>
      </w:r>
    </w:p>
    <w:p>
      <w:pPr>
        <w:pStyle w:val="Heading3"/>
      </w:pPr>
      <w:r>
        <w:t>RSA et contrat d’engagement</w:t>
      </w:r>
    </w:p>
    <w:p>
      <w:r>
        <w:t>Service Public, RSA et accompagnement depuis 2025</w:t>
      </w:r>
    </w:p>
    <w:p>
      <w:pPr>
        <w:spacing w:after="180"/>
      </w:pPr>
      <w:r>
        <w:rPr>
          <w:sz w:val="17"/>
        </w:rPr>
        <w:t>https://www.service-public.gouv.fr/particuliers/vosdroits/N19775</w:t>
      </w:r>
    </w:p>
    <w:p>
      <w:pPr>
        <w:pStyle w:val="Heading3"/>
      </w:pPr>
      <w:r>
        <w:t>ORSEC départemental</w:t>
      </w:r>
    </w:p>
    <w:p>
      <w:r>
        <w:t>Code de la sécurité intérieure, article L741 2</w:t>
      </w:r>
    </w:p>
    <w:p>
      <w:pPr>
        <w:spacing w:after="180"/>
      </w:pPr>
      <w:r>
        <w:rPr>
          <w:sz w:val="17"/>
        </w:rPr>
        <w:t>https://www.legifrance.gouv.fr/codes/article_lc/LEGIARTI000025506869</w:t>
      </w:r>
    </w:p>
    <w:sectPr w:rsidR="00FC693F" w:rsidRPr="0006063C" w:rsidSect="00034616">
      <w:headerReference w:type="default" r:id="rId9"/>
      <w:footerReference w:type="default" r:id="rId10"/>
      <w:pgSz w:w="12240" w:h="15840"/>
      <w:pgMar w:top="935" w:right="1049" w:bottom="907" w:left="1049" w:header="369" w:footer="36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Révision du 8 octobre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sz w:val="18"/>
      </w:rPr>
      <w:t>XXI Formations  |  Élus des communes rurales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9" w:lineRule="auto" w:after="120"/>
    </w:pPr>
    <w:rPr>
      <w:rFonts w:ascii="Calibri" w:hAnsi="Calibri"/>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40"/>
      <w:outlineLvl w:val="0"/>
    </w:pPr>
    <w:rPr>
      <w:rFonts w:asciiTheme="majorHAnsi" w:eastAsiaTheme="majorEastAsia" w:hAnsiTheme="majorHAnsi" w:cstheme="majorBidi" w:ascii="Calibri" w:hAnsi="Calibri"/>
      <w:b/>
      <w:bCs/>
      <w:color w:val="000000"/>
      <w:sz w:val="38"/>
      <w:szCs w:val="28"/>
    </w:rPr>
  </w:style>
  <w:style w:type="paragraph" w:styleId="Heading2">
    <w:name w:val="heading 2"/>
    <w:basedOn w:val="Normal"/>
    <w:next w:val="Normal"/>
    <w:link w:val="Heading2Char"/>
    <w:uiPriority w:val="9"/>
    <w:unhideWhenUsed/>
    <w:qFormat/>
    <w:rsid w:val="00FC693F"/>
    <w:pPr>
      <w:keepNext/>
      <w:keepLines/>
      <w:spacing w:before="200" w:after="14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14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before="200"/>
      <w:contextualSpacing/>
    </w:pPr>
    <w:rPr>
      <w:rFonts w:asciiTheme="majorHAnsi" w:eastAsiaTheme="majorEastAsia" w:hAnsiTheme="majorHAnsi" w:cstheme="majorBidi" w:ascii="Calibri" w:hAnsi="Calibri"/>
      <w:color w:val="00000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200" w:after="140"/>
    </w:pPr>
    <w:rPr>
      <w:rFonts w:asciiTheme="majorHAnsi" w:eastAsiaTheme="majorEastAsia" w:hAnsiTheme="majorHAnsi" w:cstheme="majorBidi" w:ascii="Calibri" w:hAnsi="Calibri"/>
      <w:i/>
      <w:iCs/>
      <w:color w:val="000000"/>
      <w:spacing w:val="15"/>
      <w:sz w:val="3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